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33C25" w14:textId="77777777" w:rsidR="00E91A28" w:rsidRDefault="00627AC1" w:rsidP="00B52BAA">
      <w:pPr>
        <w:spacing w:after="0" w:line="240" w:lineRule="auto"/>
        <w:jc w:val="center"/>
      </w:pPr>
      <w:r>
        <w:rPr>
          <w:rFonts w:ascii="Aptos" w:hAnsi="Aptos"/>
          <w:b/>
          <w:color w:val="187D74"/>
          <w:sz w:val="21"/>
        </w:rPr>
        <w:t>SHIPBUILDING INSULATION &amp; COLD INSULATION</w:t>
      </w:r>
      <w:r>
        <w:rPr>
          <w:rFonts w:ascii="Aptos" w:hAnsi="Aptos"/>
          <w:b/>
          <w:color w:val="187D74"/>
          <w:sz w:val="21"/>
        </w:rPr>
        <w:br/>
      </w:r>
      <w:r>
        <w:rPr>
          <w:rFonts w:ascii="Aptos" w:hAnsi="Aptos"/>
          <w:b/>
          <w:color w:val="17324D"/>
          <w:sz w:val="35"/>
        </w:rPr>
        <w:t>6-MONTH PROFESSIONAL TRAINING PROGRAM</w:t>
      </w:r>
    </w:p>
    <w:p w14:paraId="69970E96" w14:textId="77777777" w:rsidR="00E91A28" w:rsidRDefault="00627AC1" w:rsidP="00B52BAA">
      <w:pPr>
        <w:spacing w:before="20" w:after="100" w:line="240" w:lineRule="auto"/>
        <w:jc w:val="center"/>
      </w:pPr>
      <w:r>
        <w:rPr>
          <w:rFonts w:ascii="Aptos" w:hAnsi="Aptos"/>
          <w:b/>
          <w:color w:val="1F2937"/>
          <w:sz w:val="27"/>
        </w:rPr>
        <w:t xml:space="preserve">PARTICIPATION APPLICATION / </w:t>
      </w:r>
      <w:r>
        <w:rPr>
          <w:rFonts w:ascii="Aptos" w:hAnsi="Aptos"/>
          <w:b/>
          <w:color w:val="1F2937"/>
          <w:sz w:val="27"/>
        </w:rPr>
        <w:t>참여</w:t>
      </w:r>
      <w:r>
        <w:rPr>
          <w:rFonts w:ascii="Aptos" w:hAnsi="Aptos"/>
          <w:b/>
          <w:color w:val="1F2937"/>
          <w:sz w:val="27"/>
        </w:rPr>
        <w:t xml:space="preserve"> </w:t>
      </w:r>
      <w:r>
        <w:rPr>
          <w:rFonts w:ascii="Aptos" w:hAnsi="Aptos"/>
          <w:b/>
          <w:color w:val="1F2937"/>
          <w:sz w:val="27"/>
        </w:rPr>
        <w:t>신청서</w:t>
      </w:r>
    </w:p>
    <w:p w14:paraId="6E3B89AC" w14:textId="77777777" w:rsidR="00B52BAA" w:rsidRPr="00B52BAA" w:rsidRDefault="00B52BAA">
      <w:pPr>
        <w:spacing w:before="40" w:after="60"/>
        <w:rPr>
          <w:rFonts w:ascii="Aptos" w:hAnsi="Aptos"/>
          <w:b/>
          <w:color w:val="187D74"/>
          <w:sz w:val="14"/>
          <w:szCs w:val="16"/>
        </w:rPr>
      </w:pPr>
    </w:p>
    <w:p w14:paraId="631784B4" w14:textId="5408BCB0" w:rsidR="00E91A28" w:rsidRDefault="00627AC1">
      <w:pPr>
        <w:spacing w:before="40" w:after="60"/>
      </w:pPr>
      <w:r>
        <w:rPr>
          <w:rFonts w:ascii="Aptos" w:hAnsi="Aptos"/>
          <w:b/>
          <w:color w:val="187D74"/>
          <w:sz w:val="21"/>
        </w:rPr>
        <w:t xml:space="preserve">1. Applicant Information / </w:t>
      </w:r>
      <w:r>
        <w:rPr>
          <w:rFonts w:ascii="Aptos" w:hAnsi="Aptos"/>
          <w:b/>
          <w:color w:val="187D74"/>
          <w:sz w:val="21"/>
        </w:rPr>
        <w:t>신청자</w:t>
      </w:r>
      <w:r>
        <w:rPr>
          <w:rFonts w:ascii="Aptos" w:hAnsi="Aptos"/>
          <w:b/>
          <w:color w:val="187D74"/>
          <w:sz w:val="21"/>
        </w:rPr>
        <w:t xml:space="preserve"> </w:t>
      </w:r>
      <w:r>
        <w:rPr>
          <w:rFonts w:ascii="Aptos" w:hAnsi="Aptos"/>
          <w:b/>
          <w:color w:val="187D74"/>
          <w:sz w:val="21"/>
        </w:rPr>
        <w:t>정보</w:t>
      </w:r>
    </w:p>
    <w:tbl>
      <w:tblPr>
        <w:tblW w:w="0" w:type="auto"/>
        <w:jc w:val="center"/>
        <w:tblLayout w:type="fixed"/>
        <w:tblLook w:val="04A0" w:firstRow="1" w:lastRow="0" w:firstColumn="1" w:lastColumn="0" w:noHBand="0" w:noVBand="1"/>
      </w:tblPr>
      <w:tblGrid>
        <w:gridCol w:w="1473"/>
        <w:gridCol w:w="2921"/>
        <w:gridCol w:w="2238"/>
        <w:gridCol w:w="3402"/>
      </w:tblGrid>
      <w:tr w:rsidR="00E91A28" w14:paraId="3381D0C4" w14:textId="77777777" w:rsidTr="00B52BAA">
        <w:trPr>
          <w:trHeight w:val="116"/>
          <w:jc w:val="center"/>
        </w:trPr>
        <w:tc>
          <w:tcPr>
            <w:tcW w:w="1473" w:type="dxa"/>
            <w:tcBorders>
              <w:top w:val="single" w:sz="5" w:space="0" w:color="D9E1E7"/>
              <w:left w:val="single" w:sz="5" w:space="0" w:color="D9E1E7"/>
              <w:bottom w:val="single" w:sz="5" w:space="0" w:color="D9E1E7"/>
              <w:right w:val="single" w:sz="5" w:space="0" w:color="D9E1E7"/>
            </w:tcBorders>
            <w:shd w:val="clear" w:color="auto" w:fill="EEF3F6"/>
            <w:tcMar>
              <w:top w:w="75" w:type="dxa"/>
              <w:left w:w="85" w:type="dxa"/>
              <w:bottom w:w="75" w:type="dxa"/>
              <w:right w:w="85" w:type="dxa"/>
            </w:tcMar>
            <w:vAlign w:val="center"/>
          </w:tcPr>
          <w:p w14:paraId="184AE308" w14:textId="77777777" w:rsidR="00E91A28" w:rsidRDefault="00627AC1">
            <w:pPr>
              <w:spacing w:after="0" w:line="240" w:lineRule="auto"/>
            </w:pPr>
            <w:r>
              <w:rPr>
                <w:rFonts w:ascii="Aptos" w:hAnsi="Aptos"/>
                <w:b/>
                <w:color w:val="17324D"/>
                <w:sz w:val="16"/>
              </w:rPr>
              <w:t xml:space="preserve">Full Name / </w:t>
            </w:r>
            <w:proofErr w:type="spellStart"/>
            <w:r>
              <w:rPr>
                <w:rFonts w:ascii="Aptos" w:hAnsi="Aptos"/>
                <w:b/>
                <w:color w:val="17324D"/>
                <w:sz w:val="16"/>
              </w:rPr>
              <w:t>성명</w:t>
            </w:r>
            <w:proofErr w:type="spellEnd"/>
          </w:p>
        </w:tc>
        <w:tc>
          <w:tcPr>
            <w:tcW w:w="2921" w:type="dxa"/>
            <w:tcBorders>
              <w:top w:val="single" w:sz="5" w:space="0" w:color="D9E1E7"/>
              <w:left w:val="single" w:sz="5" w:space="0" w:color="D9E1E7"/>
              <w:bottom w:val="single" w:sz="5" w:space="0" w:color="D9E1E7"/>
              <w:right w:val="single" w:sz="5" w:space="0" w:color="D9E1E7"/>
            </w:tcBorders>
            <w:tcMar>
              <w:top w:w="75" w:type="dxa"/>
              <w:left w:w="85" w:type="dxa"/>
              <w:bottom w:w="75" w:type="dxa"/>
              <w:right w:w="85" w:type="dxa"/>
            </w:tcMar>
            <w:vAlign w:val="center"/>
          </w:tcPr>
          <w:p w14:paraId="0BF46421" w14:textId="77777777" w:rsidR="00E91A28" w:rsidRDefault="00627AC1">
            <w:pPr>
              <w:spacing w:after="0" w:line="240" w:lineRule="auto"/>
            </w:pPr>
            <w:r>
              <w:t xml:space="preserve"> </w:t>
            </w:r>
          </w:p>
        </w:tc>
        <w:tc>
          <w:tcPr>
            <w:tcW w:w="2238" w:type="dxa"/>
            <w:tcBorders>
              <w:top w:val="single" w:sz="5" w:space="0" w:color="D9E1E7"/>
              <w:left w:val="single" w:sz="5" w:space="0" w:color="D9E1E7"/>
              <w:bottom w:val="single" w:sz="5" w:space="0" w:color="D9E1E7"/>
              <w:right w:val="single" w:sz="5" w:space="0" w:color="D9E1E7"/>
            </w:tcBorders>
            <w:shd w:val="clear" w:color="auto" w:fill="EEF3F6"/>
            <w:tcMar>
              <w:top w:w="75" w:type="dxa"/>
              <w:left w:w="85" w:type="dxa"/>
              <w:bottom w:w="75" w:type="dxa"/>
              <w:right w:w="85" w:type="dxa"/>
            </w:tcMar>
            <w:vAlign w:val="center"/>
          </w:tcPr>
          <w:p w14:paraId="39B1FEA3" w14:textId="77777777" w:rsidR="00E91A28" w:rsidRDefault="00627AC1">
            <w:pPr>
              <w:spacing w:after="0" w:line="240" w:lineRule="auto"/>
            </w:pPr>
            <w:r>
              <w:rPr>
                <w:rFonts w:ascii="Aptos" w:hAnsi="Aptos"/>
                <w:b/>
                <w:color w:val="17324D"/>
                <w:sz w:val="16"/>
              </w:rPr>
              <w:t xml:space="preserve">Date of Birth / </w:t>
            </w:r>
            <w:r>
              <w:rPr>
                <w:rFonts w:ascii="Aptos" w:hAnsi="Aptos"/>
                <w:b/>
                <w:color w:val="17324D"/>
                <w:sz w:val="16"/>
              </w:rPr>
              <w:t>생년월일</w:t>
            </w:r>
          </w:p>
        </w:tc>
        <w:tc>
          <w:tcPr>
            <w:tcW w:w="3402" w:type="dxa"/>
            <w:tcBorders>
              <w:top w:val="single" w:sz="5" w:space="0" w:color="D9E1E7"/>
              <w:left w:val="single" w:sz="5" w:space="0" w:color="D9E1E7"/>
              <w:bottom w:val="single" w:sz="5" w:space="0" w:color="D9E1E7"/>
              <w:right w:val="single" w:sz="5" w:space="0" w:color="D9E1E7"/>
            </w:tcBorders>
            <w:tcMar>
              <w:top w:w="75" w:type="dxa"/>
              <w:left w:w="85" w:type="dxa"/>
              <w:bottom w:w="75" w:type="dxa"/>
              <w:right w:w="85" w:type="dxa"/>
            </w:tcMar>
            <w:vAlign w:val="center"/>
          </w:tcPr>
          <w:p w14:paraId="7C8272FA" w14:textId="37264EB2" w:rsidR="00E91A28" w:rsidRDefault="00627AC1">
            <w:pPr>
              <w:spacing w:after="0" w:line="240" w:lineRule="auto"/>
              <w:rPr>
                <w:rFonts w:hint="eastAsia"/>
                <w:lang w:eastAsia="ko-KR"/>
              </w:rPr>
            </w:pPr>
            <w:r>
              <w:t xml:space="preserve"> </w:t>
            </w:r>
            <w:r w:rsidR="00EC4A63">
              <w:rPr>
                <w:rFonts w:hint="eastAsia"/>
                <w:lang w:eastAsia="ko-KR"/>
              </w:rPr>
              <w:t xml:space="preserve">                         </w:t>
            </w:r>
            <w:r w:rsidR="0063087E">
              <w:rPr>
                <w:rFonts w:hint="eastAsia"/>
                <w:lang w:eastAsia="ko-KR"/>
              </w:rPr>
              <w:t xml:space="preserve">  </w:t>
            </w:r>
            <w:r w:rsidR="00EC4A63">
              <w:rPr>
                <w:rFonts w:hint="eastAsia"/>
                <w:lang w:eastAsia="ko-KR"/>
              </w:rPr>
              <w:t xml:space="preserve">  </w:t>
            </w:r>
            <w:r w:rsidR="00EC4A63" w:rsidRPr="0063087E">
              <w:rPr>
                <w:rFonts w:hint="eastAsia"/>
                <w:b/>
                <w:bCs/>
                <w:lang w:eastAsia="ko-KR"/>
              </w:rPr>
              <w:t>Male</w:t>
            </w:r>
            <w:r w:rsidR="0063087E">
              <w:rPr>
                <w:rFonts w:hint="eastAsia"/>
                <w:lang w:eastAsia="ko-KR"/>
              </w:rPr>
              <w:t xml:space="preserve"> or </w:t>
            </w:r>
            <w:r w:rsidR="0063087E" w:rsidRPr="0063087E">
              <w:rPr>
                <w:rFonts w:hint="eastAsia"/>
                <w:b/>
                <w:bCs/>
                <w:lang w:eastAsia="ko-KR"/>
              </w:rPr>
              <w:t>Female</w:t>
            </w:r>
          </w:p>
        </w:tc>
      </w:tr>
      <w:tr w:rsidR="00E91A28" w14:paraId="1480A79A" w14:textId="77777777" w:rsidTr="00B52BAA">
        <w:trPr>
          <w:jc w:val="center"/>
        </w:trPr>
        <w:tc>
          <w:tcPr>
            <w:tcW w:w="1473" w:type="dxa"/>
            <w:tcBorders>
              <w:top w:val="single" w:sz="5" w:space="0" w:color="D9E1E7"/>
              <w:left w:val="single" w:sz="5" w:space="0" w:color="D9E1E7"/>
              <w:bottom w:val="single" w:sz="5" w:space="0" w:color="D9E1E7"/>
              <w:right w:val="single" w:sz="5" w:space="0" w:color="D9E1E7"/>
            </w:tcBorders>
            <w:shd w:val="clear" w:color="auto" w:fill="EEF3F6"/>
            <w:tcMar>
              <w:top w:w="75" w:type="dxa"/>
              <w:left w:w="85" w:type="dxa"/>
              <w:bottom w:w="75" w:type="dxa"/>
              <w:right w:w="85" w:type="dxa"/>
            </w:tcMar>
            <w:vAlign w:val="center"/>
          </w:tcPr>
          <w:p w14:paraId="1632B111" w14:textId="77777777" w:rsidR="00E91A28" w:rsidRDefault="00627AC1" w:rsidP="003316FD">
            <w:pPr>
              <w:spacing w:after="0" w:line="240" w:lineRule="auto"/>
            </w:pPr>
            <w:r>
              <w:rPr>
                <w:rFonts w:ascii="Aptos" w:hAnsi="Aptos"/>
                <w:b/>
                <w:color w:val="17324D"/>
                <w:sz w:val="16"/>
              </w:rPr>
              <w:t xml:space="preserve">Nationality / </w:t>
            </w:r>
            <w:proofErr w:type="spellStart"/>
            <w:r>
              <w:rPr>
                <w:rFonts w:ascii="Aptos" w:hAnsi="Aptos"/>
                <w:b/>
                <w:color w:val="17324D"/>
                <w:sz w:val="16"/>
              </w:rPr>
              <w:t>국적</w:t>
            </w:r>
            <w:proofErr w:type="spellEnd"/>
          </w:p>
        </w:tc>
        <w:tc>
          <w:tcPr>
            <w:tcW w:w="2921" w:type="dxa"/>
            <w:tcBorders>
              <w:top w:val="single" w:sz="5" w:space="0" w:color="D9E1E7"/>
              <w:left w:val="single" w:sz="5" w:space="0" w:color="D9E1E7"/>
              <w:bottom w:val="single" w:sz="5" w:space="0" w:color="D9E1E7"/>
              <w:right w:val="single" w:sz="5" w:space="0" w:color="D9E1E7"/>
            </w:tcBorders>
            <w:tcMar>
              <w:top w:w="75" w:type="dxa"/>
              <w:left w:w="85" w:type="dxa"/>
              <w:bottom w:w="75" w:type="dxa"/>
              <w:right w:w="85" w:type="dxa"/>
            </w:tcMar>
            <w:vAlign w:val="center"/>
          </w:tcPr>
          <w:p w14:paraId="31BFA60E" w14:textId="77777777" w:rsidR="00E91A28" w:rsidRDefault="00627AC1">
            <w:pPr>
              <w:spacing w:after="0" w:line="240" w:lineRule="auto"/>
            </w:pPr>
            <w:r>
              <w:t xml:space="preserve"> </w:t>
            </w:r>
          </w:p>
        </w:tc>
        <w:tc>
          <w:tcPr>
            <w:tcW w:w="2238" w:type="dxa"/>
            <w:tcBorders>
              <w:top w:val="single" w:sz="5" w:space="0" w:color="D9E1E7"/>
              <w:left w:val="single" w:sz="5" w:space="0" w:color="D9E1E7"/>
              <w:bottom w:val="single" w:sz="5" w:space="0" w:color="D9E1E7"/>
              <w:right w:val="single" w:sz="5" w:space="0" w:color="D9E1E7"/>
            </w:tcBorders>
            <w:shd w:val="clear" w:color="auto" w:fill="EEF3F6"/>
            <w:tcMar>
              <w:top w:w="75" w:type="dxa"/>
              <w:left w:w="85" w:type="dxa"/>
              <w:bottom w:w="75" w:type="dxa"/>
              <w:right w:w="85" w:type="dxa"/>
            </w:tcMar>
            <w:vAlign w:val="center"/>
          </w:tcPr>
          <w:p w14:paraId="20522880" w14:textId="77777777" w:rsidR="00E91A28" w:rsidRDefault="00627AC1">
            <w:pPr>
              <w:spacing w:after="0" w:line="240" w:lineRule="auto"/>
            </w:pPr>
            <w:r>
              <w:rPr>
                <w:rFonts w:ascii="Aptos" w:hAnsi="Aptos"/>
                <w:b/>
                <w:color w:val="17324D"/>
                <w:sz w:val="16"/>
              </w:rPr>
              <w:t xml:space="preserve">Mobile / </w:t>
            </w:r>
            <w:r>
              <w:rPr>
                <w:rFonts w:ascii="Aptos" w:hAnsi="Aptos"/>
                <w:b/>
                <w:color w:val="17324D"/>
                <w:sz w:val="16"/>
              </w:rPr>
              <w:t>휴대전화</w:t>
            </w:r>
          </w:p>
        </w:tc>
        <w:tc>
          <w:tcPr>
            <w:tcW w:w="3402" w:type="dxa"/>
            <w:tcBorders>
              <w:top w:val="single" w:sz="5" w:space="0" w:color="D9E1E7"/>
              <w:left w:val="single" w:sz="5" w:space="0" w:color="D9E1E7"/>
              <w:bottom w:val="single" w:sz="5" w:space="0" w:color="D9E1E7"/>
              <w:right w:val="single" w:sz="5" w:space="0" w:color="D9E1E7"/>
            </w:tcBorders>
            <w:tcMar>
              <w:top w:w="75" w:type="dxa"/>
              <w:left w:w="85" w:type="dxa"/>
              <w:bottom w:w="75" w:type="dxa"/>
              <w:right w:w="85" w:type="dxa"/>
            </w:tcMar>
            <w:vAlign w:val="center"/>
          </w:tcPr>
          <w:p w14:paraId="0AE87FEF" w14:textId="77777777" w:rsidR="00E91A28" w:rsidRDefault="00627AC1">
            <w:pPr>
              <w:spacing w:after="0" w:line="240" w:lineRule="auto"/>
            </w:pPr>
            <w:r>
              <w:t xml:space="preserve"> </w:t>
            </w:r>
          </w:p>
        </w:tc>
      </w:tr>
      <w:tr w:rsidR="00E91A28" w14:paraId="38426EEB" w14:textId="77777777" w:rsidTr="00B52BAA">
        <w:trPr>
          <w:jc w:val="center"/>
        </w:trPr>
        <w:tc>
          <w:tcPr>
            <w:tcW w:w="1473" w:type="dxa"/>
            <w:tcBorders>
              <w:top w:val="single" w:sz="5" w:space="0" w:color="D9E1E7"/>
              <w:left w:val="single" w:sz="5" w:space="0" w:color="D9E1E7"/>
              <w:bottom w:val="single" w:sz="5" w:space="0" w:color="D9E1E7"/>
              <w:right w:val="single" w:sz="5" w:space="0" w:color="D9E1E7"/>
            </w:tcBorders>
            <w:shd w:val="clear" w:color="auto" w:fill="EEF3F6"/>
            <w:tcMar>
              <w:top w:w="75" w:type="dxa"/>
              <w:left w:w="85" w:type="dxa"/>
              <w:bottom w:w="75" w:type="dxa"/>
              <w:right w:w="85" w:type="dxa"/>
            </w:tcMar>
            <w:vAlign w:val="center"/>
          </w:tcPr>
          <w:p w14:paraId="26AA8621" w14:textId="77777777" w:rsidR="00E91A28" w:rsidRDefault="00627AC1">
            <w:pPr>
              <w:spacing w:after="0" w:line="240" w:lineRule="auto"/>
            </w:pPr>
            <w:r>
              <w:rPr>
                <w:rFonts w:ascii="Aptos" w:hAnsi="Aptos"/>
                <w:b/>
                <w:color w:val="17324D"/>
                <w:sz w:val="16"/>
              </w:rPr>
              <w:t xml:space="preserve">E-mail / </w:t>
            </w:r>
            <w:r>
              <w:rPr>
                <w:rFonts w:ascii="Aptos" w:hAnsi="Aptos"/>
                <w:b/>
                <w:color w:val="17324D"/>
                <w:sz w:val="16"/>
              </w:rPr>
              <w:t>이메일</w:t>
            </w:r>
          </w:p>
        </w:tc>
        <w:tc>
          <w:tcPr>
            <w:tcW w:w="2921" w:type="dxa"/>
            <w:tcBorders>
              <w:top w:val="single" w:sz="5" w:space="0" w:color="D9E1E7"/>
              <w:left w:val="single" w:sz="5" w:space="0" w:color="D9E1E7"/>
              <w:bottom w:val="single" w:sz="5" w:space="0" w:color="D9E1E7"/>
              <w:right w:val="single" w:sz="5" w:space="0" w:color="D9E1E7"/>
            </w:tcBorders>
            <w:tcMar>
              <w:top w:w="75" w:type="dxa"/>
              <w:left w:w="85" w:type="dxa"/>
              <w:bottom w:w="75" w:type="dxa"/>
              <w:right w:w="85" w:type="dxa"/>
            </w:tcMar>
            <w:vAlign w:val="center"/>
          </w:tcPr>
          <w:p w14:paraId="76E868E4" w14:textId="77777777" w:rsidR="00E91A28" w:rsidRDefault="00627AC1">
            <w:pPr>
              <w:spacing w:after="0" w:line="240" w:lineRule="auto"/>
            </w:pPr>
            <w:r>
              <w:t xml:space="preserve"> </w:t>
            </w:r>
          </w:p>
        </w:tc>
        <w:tc>
          <w:tcPr>
            <w:tcW w:w="2238" w:type="dxa"/>
            <w:tcBorders>
              <w:top w:val="single" w:sz="5" w:space="0" w:color="D9E1E7"/>
              <w:left w:val="single" w:sz="5" w:space="0" w:color="D9E1E7"/>
              <w:bottom w:val="single" w:sz="5" w:space="0" w:color="D9E1E7"/>
              <w:right w:val="single" w:sz="5" w:space="0" w:color="D9E1E7"/>
            </w:tcBorders>
            <w:shd w:val="clear" w:color="auto" w:fill="EEF3F6"/>
            <w:tcMar>
              <w:top w:w="75" w:type="dxa"/>
              <w:left w:w="85" w:type="dxa"/>
              <w:bottom w:w="75" w:type="dxa"/>
              <w:right w:w="85" w:type="dxa"/>
            </w:tcMar>
            <w:vAlign w:val="center"/>
          </w:tcPr>
          <w:p w14:paraId="4D0CE8EA" w14:textId="77777777" w:rsidR="00E91A28" w:rsidRDefault="00627AC1">
            <w:pPr>
              <w:spacing w:after="0" w:line="240" w:lineRule="auto"/>
            </w:pPr>
            <w:r>
              <w:rPr>
                <w:rFonts w:ascii="Aptos" w:hAnsi="Aptos"/>
                <w:b/>
                <w:color w:val="17324D"/>
                <w:sz w:val="16"/>
              </w:rPr>
              <w:t xml:space="preserve">Current Address / </w:t>
            </w:r>
            <w:r>
              <w:rPr>
                <w:rFonts w:ascii="Aptos" w:hAnsi="Aptos"/>
                <w:b/>
                <w:color w:val="17324D"/>
                <w:sz w:val="16"/>
              </w:rPr>
              <w:t>현재</w:t>
            </w:r>
            <w:r>
              <w:rPr>
                <w:rFonts w:ascii="Aptos" w:hAnsi="Aptos"/>
                <w:b/>
                <w:color w:val="17324D"/>
                <w:sz w:val="16"/>
              </w:rPr>
              <w:t xml:space="preserve"> </w:t>
            </w:r>
            <w:r>
              <w:rPr>
                <w:rFonts w:ascii="Aptos" w:hAnsi="Aptos"/>
                <w:b/>
                <w:color w:val="17324D"/>
                <w:sz w:val="16"/>
              </w:rPr>
              <w:t>주소</w:t>
            </w:r>
          </w:p>
        </w:tc>
        <w:tc>
          <w:tcPr>
            <w:tcW w:w="3402" w:type="dxa"/>
            <w:tcBorders>
              <w:top w:val="single" w:sz="5" w:space="0" w:color="D9E1E7"/>
              <w:left w:val="single" w:sz="5" w:space="0" w:color="D9E1E7"/>
              <w:bottom w:val="single" w:sz="5" w:space="0" w:color="D9E1E7"/>
              <w:right w:val="single" w:sz="5" w:space="0" w:color="D9E1E7"/>
            </w:tcBorders>
            <w:tcMar>
              <w:top w:w="75" w:type="dxa"/>
              <w:left w:w="85" w:type="dxa"/>
              <w:bottom w:w="75" w:type="dxa"/>
              <w:right w:w="85" w:type="dxa"/>
            </w:tcMar>
            <w:vAlign w:val="center"/>
          </w:tcPr>
          <w:p w14:paraId="03503D0B" w14:textId="77777777" w:rsidR="00E91A28" w:rsidRDefault="00627AC1">
            <w:pPr>
              <w:spacing w:after="0" w:line="240" w:lineRule="auto"/>
            </w:pPr>
            <w:r>
              <w:t xml:space="preserve"> </w:t>
            </w:r>
          </w:p>
        </w:tc>
      </w:tr>
    </w:tbl>
    <w:p w14:paraId="67A5EF62" w14:textId="1B242B7C" w:rsidR="00E91A28" w:rsidRDefault="00627AC1">
      <w:pPr>
        <w:spacing w:before="40" w:after="60"/>
      </w:pPr>
      <w:r>
        <w:rPr>
          <w:rFonts w:ascii="Aptos" w:hAnsi="Aptos"/>
          <w:b/>
          <w:color w:val="187D74"/>
          <w:sz w:val="21"/>
        </w:rPr>
        <w:t xml:space="preserve">2. Education &amp; Visa Information / </w:t>
      </w:r>
      <w:r>
        <w:rPr>
          <w:rFonts w:ascii="Aptos" w:hAnsi="Aptos"/>
          <w:b/>
          <w:color w:val="187D74"/>
          <w:sz w:val="21"/>
        </w:rPr>
        <w:t>학력</w:t>
      </w:r>
      <w:r>
        <w:rPr>
          <w:rFonts w:ascii="Aptos" w:hAnsi="Aptos"/>
          <w:b/>
          <w:color w:val="187D74"/>
          <w:sz w:val="21"/>
        </w:rPr>
        <w:t xml:space="preserve"> </w:t>
      </w:r>
      <w:r>
        <w:rPr>
          <w:rFonts w:ascii="Aptos" w:hAnsi="Aptos"/>
          <w:b/>
          <w:color w:val="187D74"/>
          <w:sz w:val="21"/>
        </w:rPr>
        <w:t>및</w:t>
      </w:r>
      <w:r>
        <w:rPr>
          <w:rFonts w:ascii="Aptos" w:hAnsi="Aptos"/>
          <w:b/>
          <w:color w:val="187D74"/>
          <w:sz w:val="21"/>
        </w:rPr>
        <w:t xml:space="preserve"> </w:t>
      </w:r>
      <w:r>
        <w:rPr>
          <w:rFonts w:ascii="Aptos" w:hAnsi="Aptos"/>
          <w:b/>
          <w:color w:val="187D74"/>
          <w:sz w:val="21"/>
        </w:rPr>
        <w:t>체류정보</w:t>
      </w:r>
    </w:p>
    <w:tbl>
      <w:tblPr>
        <w:tblW w:w="0" w:type="auto"/>
        <w:jc w:val="center"/>
        <w:tblLayout w:type="fixed"/>
        <w:tblLook w:val="04A0" w:firstRow="1" w:lastRow="0" w:firstColumn="1" w:lastColumn="0" w:noHBand="0" w:noVBand="1"/>
      </w:tblPr>
      <w:tblGrid>
        <w:gridCol w:w="3119"/>
        <w:gridCol w:w="2551"/>
        <w:gridCol w:w="2268"/>
        <w:gridCol w:w="2238"/>
      </w:tblGrid>
      <w:tr w:rsidR="00E91A28" w14:paraId="5FEB7407" w14:textId="77777777" w:rsidTr="00B52BAA">
        <w:trPr>
          <w:jc w:val="center"/>
        </w:trPr>
        <w:tc>
          <w:tcPr>
            <w:tcW w:w="3119" w:type="dxa"/>
            <w:tcBorders>
              <w:top w:val="single" w:sz="5" w:space="0" w:color="D9E1E7"/>
              <w:left w:val="single" w:sz="5" w:space="0" w:color="D9E1E7"/>
              <w:bottom w:val="single" w:sz="5" w:space="0" w:color="D9E1E7"/>
              <w:right w:val="single" w:sz="5" w:space="0" w:color="D9E1E7"/>
            </w:tcBorders>
            <w:shd w:val="clear" w:color="auto" w:fill="EEF3F6"/>
            <w:tcMar>
              <w:top w:w="70" w:type="dxa"/>
              <w:left w:w="85" w:type="dxa"/>
              <w:bottom w:w="70" w:type="dxa"/>
              <w:right w:w="85" w:type="dxa"/>
            </w:tcMar>
            <w:vAlign w:val="center"/>
          </w:tcPr>
          <w:p w14:paraId="63DD746A" w14:textId="77777777" w:rsidR="00E91A28" w:rsidRDefault="00627AC1">
            <w:pPr>
              <w:spacing w:after="0" w:line="240" w:lineRule="auto"/>
            </w:pPr>
            <w:r>
              <w:rPr>
                <w:rFonts w:ascii="Aptos" w:hAnsi="Aptos"/>
                <w:b/>
                <w:color w:val="17324D"/>
                <w:sz w:val="15"/>
              </w:rPr>
              <w:t xml:space="preserve">University / </w:t>
            </w:r>
            <w:proofErr w:type="spellStart"/>
            <w:r>
              <w:rPr>
                <w:rFonts w:ascii="Aptos" w:hAnsi="Aptos"/>
                <w:b/>
                <w:color w:val="17324D"/>
                <w:sz w:val="15"/>
              </w:rPr>
              <w:t>대학명</w:t>
            </w:r>
            <w:proofErr w:type="spellEnd"/>
          </w:p>
        </w:tc>
        <w:tc>
          <w:tcPr>
            <w:tcW w:w="2551" w:type="dxa"/>
            <w:tcBorders>
              <w:top w:val="single" w:sz="5" w:space="0" w:color="D9E1E7"/>
              <w:left w:val="single" w:sz="5" w:space="0" w:color="D9E1E7"/>
              <w:bottom w:val="single" w:sz="5" w:space="0" w:color="D9E1E7"/>
              <w:right w:val="single" w:sz="5" w:space="0" w:color="D9E1E7"/>
            </w:tcBorders>
            <w:tcMar>
              <w:top w:w="70" w:type="dxa"/>
              <w:left w:w="85" w:type="dxa"/>
              <w:bottom w:w="70" w:type="dxa"/>
              <w:right w:w="85" w:type="dxa"/>
            </w:tcMar>
            <w:vAlign w:val="center"/>
          </w:tcPr>
          <w:p w14:paraId="41C80357" w14:textId="77777777" w:rsidR="00E91A28" w:rsidRDefault="00627AC1">
            <w:pPr>
              <w:spacing w:after="0" w:line="240" w:lineRule="auto"/>
            </w:pPr>
            <w:r>
              <w:t xml:space="preserve"> </w:t>
            </w:r>
          </w:p>
        </w:tc>
        <w:tc>
          <w:tcPr>
            <w:tcW w:w="2268" w:type="dxa"/>
            <w:tcBorders>
              <w:top w:val="single" w:sz="5" w:space="0" w:color="D9E1E7"/>
              <w:left w:val="single" w:sz="5" w:space="0" w:color="D9E1E7"/>
              <w:bottom w:val="single" w:sz="5" w:space="0" w:color="D9E1E7"/>
              <w:right w:val="single" w:sz="5" w:space="0" w:color="D9E1E7"/>
            </w:tcBorders>
            <w:shd w:val="clear" w:color="auto" w:fill="EEF3F6"/>
            <w:tcMar>
              <w:top w:w="70" w:type="dxa"/>
              <w:left w:w="85" w:type="dxa"/>
              <w:bottom w:w="70" w:type="dxa"/>
              <w:right w:w="85" w:type="dxa"/>
            </w:tcMar>
            <w:vAlign w:val="center"/>
          </w:tcPr>
          <w:p w14:paraId="3134EB9C" w14:textId="77777777" w:rsidR="00E91A28" w:rsidRDefault="00627AC1">
            <w:pPr>
              <w:spacing w:after="0" w:line="240" w:lineRule="auto"/>
            </w:pPr>
            <w:r>
              <w:rPr>
                <w:rFonts w:ascii="Aptos" w:hAnsi="Aptos"/>
                <w:b/>
                <w:color w:val="17324D"/>
                <w:sz w:val="15"/>
              </w:rPr>
              <w:t xml:space="preserve">Major / </w:t>
            </w:r>
            <w:r>
              <w:rPr>
                <w:rFonts w:ascii="Aptos" w:hAnsi="Aptos"/>
                <w:b/>
                <w:color w:val="17324D"/>
                <w:sz w:val="15"/>
              </w:rPr>
              <w:t>학과</w:t>
            </w:r>
          </w:p>
        </w:tc>
        <w:tc>
          <w:tcPr>
            <w:tcW w:w="2238" w:type="dxa"/>
            <w:tcBorders>
              <w:top w:val="single" w:sz="5" w:space="0" w:color="D9E1E7"/>
              <w:left w:val="single" w:sz="5" w:space="0" w:color="D9E1E7"/>
              <w:bottom w:val="single" w:sz="5" w:space="0" w:color="D9E1E7"/>
              <w:right w:val="single" w:sz="5" w:space="0" w:color="D9E1E7"/>
            </w:tcBorders>
            <w:tcMar>
              <w:top w:w="70" w:type="dxa"/>
              <w:left w:w="85" w:type="dxa"/>
              <w:bottom w:w="70" w:type="dxa"/>
              <w:right w:w="85" w:type="dxa"/>
            </w:tcMar>
            <w:vAlign w:val="center"/>
          </w:tcPr>
          <w:p w14:paraId="563F92B1" w14:textId="77777777" w:rsidR="00E91A28" w:rsidRDefault="00627AC1">
            <w:pPr>
              <w:spacing w:after="0" w:line="240" w:lineRule="auto"/>
            </w:pPr>
            <w:r>
              <w:t xml:space="preserve"> </w:t>
            </w:r>
          </w:p>
        </w:tc>
      </w:tr>
      <w:tr w:rsidR="00E91A28" w14:paraId="2972280F" w14:textId="77777777" w:rsidTr="00B52BAA">
        <w:trPr>
          <w:jc w:val="center"/>
        </w:trPr>
        <w:tc>
          <w:tcPr>
            <w:tcW w:w="3119" w:type="dxa"/>
            <w:tcBorders>
              <w:top w:val="single" w:sz="5" w:space="0" w:color="D9E1E7"/>
              <w:left w:val="single" w:sz="5" w:space="0" w:color="D9E1E7"/>
              <w:bottom w:val="single" w:sz="5" w:space="0" w:color="D9E1E7"/>
              <w:right w:val="single" w:sz="5" w:space="0" w:color="D9E1E7"/>
            </w:tcBorders>
            <w:shd w:val="clear" w:color="auto" w:fill="EEF3F6"/>
            <w:tcMar>
              <w:top w:w="70" w:type="dxa"/>
              <w:left w:w="85" w:type="dxa"/>
              <w:bottom w:w="70" w:type="dxa"/>
              <w:right w:w="85" w:type="dxa"/>
            </w:tcMar>
            <w:vAlign w:val="center"/>
          </w:tcPr>
          <w:p w14:paraId="66CF27AD" w14:textId="77777777" w:rsidR="00E91A28" w:rsidRDefault="00627AC1">
            <w:pPr>
              <w:spacing w:after="0" w:line="240" w:lineRule="auto"/>
            </w:pPr>
            <w:r>
              <w:rPr>
                <w:rFonts w:ascii="Aptos" w:hAnsi="Aptos"/>
                <w:b/>
                <w:color w:val="17324D"/>
                <w:sz w:val="15"/>
              </w:rPr>
              <w:t xml:space="preserve">Graduation Date (or Expected) / </w:t>
            </w:r>
            <w:r>
              <w:rPr>
                <w:rFonts w:ascii="Aptos" w:hAnsi="Aptos"/>
                <w:b/>
                <w:color w:val="17324D"/>
                <w:sz w:val="15"/>
              </w:rPr>
              <w:t>졸업</w:t>
            </w:r>
            <w:r>
              <w:rPr>
                <w:rFonts w:ascii="Aptos" w:hAnsi="Aptos"/>
                <w:b/>
                <w:color w:val="17324D"/>
                <w:sz w:val="15"/>
              </w:rPr>
              <w:t>(</w:t>
            </w:r>
            <w:r>
              <w:rPr>
                <w:rFonts w:ascii="Aptos" w:hAnsi="Aptos"/>
                <w:b/>
                <w:color w:val="17324D"/>
                <w:sz w:val="15"/>
              </w:rPr>
              <w:t>예정</w:t>
            </w:r>
            <w:r>
              <w:rPr>
                <w:rFonts w:ascii="Aptos" w:hAnsi="Aptos"/>
                <w:b/>
                <w:color w:val="17324D"/>
                <w:sz w:val="15"/>
              </w:rPr>
              <w:t>)</w:t>
            </w:r>
            <w:r>
              <w:rPr>
                <w:rFonts w:ascii="Aptos" w:hAnsi="Aptos"/>
                <w:b/>
                <w:color w:val="17324D"/>
                <w:sz w:val="15"/>
              </w:rPr>
              <w:t>일</w:t>
            </w:r>
          </w:p>
        </w:tc>
        <w:tc>
          <w:tcPr>
            <w:tcW w:w="2551" w:type="dxa"/>
            <w:tcBorders>
              <w:top w:val="single" w:sz="5" w:space="0" w:color="D9E1E7"/>
              <w:left w:val="single" w:sz="5" w:space="0" w:color="D9E1E7"/>
              <w:bottom w:val="single" w:sz="5" w:space="0" w:color="D9E1E7"/>
              <w:right w:val="single" w:sz="5" w:space="0" w:color="D9E1E7"/>
            </w:tcBorders>
            <w:tcMar>
              <w:top w:w="70" w:type="dxa"/>
              <w:left w:w="85" w:type="dxa"/>
              <w:bottom w:w="70" w:type="dxa"/>
              <w:right w:w="85" w:type="dxa"/>
            </w:tcMar>
            <w:vAlign w:val="center"/>
          </w:tcPr>
          <w:p w14:paraId="343210B5" w14:textId="77777777" w:rsidR="00E91A28" w:rsidRDefault="00627AC1">
            <w:pPr>
              <w:spacing w:after="0" w:line="240" w:lineRule="auto"/>
            </w:pPr>
            <w:r>
              <w:t xml:space="preserve"> </w:t>
            </w:r>
          </w:p>
        </w:tc>
        <w:tc>
          <w:tcPr>
            <w:tcW w:w="2268" w:type="dxa"/>
            <w:tcBorders>
              <w:top w:val="single" w:sz="5" w:space="0" w:color="D9E1E7"/>
              <w:left w:val="single" w:sz="5" w:space="0" w:color="D9E1E7"/>
              <w:bottom w:val="single" w:sz="5" w:space="0" w:color="D9E1E7"/>
              <w:right w:val="single" w:sz="5" w:space="0" w:color="D9E1E7"/>
            </w:tcBorders>
            <w:shd w:val="clear" w:color="auto" w:fill="EEF3F6"/>
            <w:tcMar>
              <w:top w:w="70" w:type="dxa"/>
              <w:left w:w="85" w:type="dxa"/>
              <w:bottom w:w="70" w:type="dxa"/>
              <w:right w:w="85" w:type="dxa"/>
            </w:tcMar>
            <w:vAlign w:val="center"/>
          </w:tcPr>
          <w:p w14:paraId="7FB7C911" w14:textId="77777777" w:rsidR="00E91A28" w:rsidRDefault="00627AC1">
            <w:pPr>
              <w:spacing w:after="0" w:line="240" w:lineRule="auto"/>
            </w:pPr>
            <w:r>
              <w:rPr>
                <w:rFonts w:ascii="Aptos" w:hAnsi="Aptos"/>
                <w:b/>
                <w:color w:val="17324D"/>
                <w:sz w:val="15"/>
              </w:rPr>
              <w:t xml:space="preserve">Degree / </w:t>
            </w:r>
            <w:r>
              <w:rPr>
                <w:rFonts w:ascii="Aptos" w:hAnsi="Aptos"/>
                <w:b/>
                <w:color w:val="17324D"/>
                <w:sz w:val="15"/>
              </w:rPr>
              <w:t>학위</w:t>
            </w:r>
          </w:p>
        </w:tc>
        <w:tc>
          <w:tcPr>
            <w:tcW w:w="2238" w:type="dxa"/>
            <w:tcBorders>
              <w:top w:val="single" w:sz="5" w:space="0" w:color="D9E1E7"/>
              <w:left w:val="single" w:sz="5" w:space="0" w:color="D9E1E7"/>
              <w:bottom w:val="single" w:sz="5" w:space="0" w:color="D9E1E7"/>
              <w:right w:val="single" w:sz="5" w:space="0" w:color="D9E1E7"/>
            </w:tcBorders>
            <w:tcMar>
              <w:top w:w="70" w:type="dxa"/>
              <w:left w:w="85" w:type="dxa"/>
              <w:bottom w:w="70" w:type="dxa"/>
              <w:right w:w="85" w:type="dxa"/>
            </w:tcMar>
            <w:vAlign w:val="center"/>
          </w:tcPr>
          <w:p w14:paraId="48A97ECC" w14:textId="77777777" w:rsidR="00E91A28" w:rsidRDefault="00627AC1">
            <w:pPr>
              <w:spacing w:after="0" w:line="240" w:lineRule="auto"/>
            </w:pPr>
            <w:r>
              <w:t xml:space="preserve"> </w:t>
            </w:r>
          </w:p>
        </w:tc>
      </w:tr>
      <w:tr w:rsidR="00E91A28" w14:paraId="6A322751" w14:textId="77777777" w:rsidTr="00B52BAA">
        <w:trPr>
          <w:jc w:val="center"/>
        </w:trPr>
        <w:tc>
          <w:tcPr>
            <w:tcW w:w="3119" w:type="dxa"/>
            <w:tcBorders>
              <w:top w:val="single" w:sz="5" w:space="0" w:color="D9E1E7"/>
              <w:left w:val="single" w:sz="5" w:space="0" w:color="D9E1E7"/>
              <w:bottom w:val="single" w:sz="5" w:space="0" w:color="D9E1E7"/>
              <w:right w:val="single" w:sz="5" w:space="0" w:color="D9E1E7"/>
            </w:tcBorders>
            <w:shd w:val="clear" w:color="auto" w:fill="EEF3F6"/>
            <w:tcMar>
              <w:top w:w="70" w:type="dxa"/>
              <w:left w:w="85" w:type="dxa"/>
              <w:bottom w:w="70" w:type="dxa"/>
              <w:right w:w="85" w:type="dxa"/>
            </w:tcMar>
            <w:vAlign w:val="center"/>
          </w:tcPr>
          <w:p w14:paraId="1B779A06" w14:textId="77777777" w:rsidR="00E91A28" w:rsidRDefault="00627AC1">
            <w:pPr>
              <w:spacing w:after="0" w:line="240" w:lineRule="auto"/>
            </w:pPr>
            <w:r>
              <w:rPr>
                <w:rFonts w:ascii="Aptos" w:hAnsi="Aptos"/>
                <w:b/>
                <w:color w:val="17324D"/>
                <w:sz w:val="15"/>
              </w:rPr>
              <w:t xml:space="preserve">Current Visa Status / </w:t>
            </w:r>
            <w:r>
              <w:rPr>
                <w:rFonts w:ascii="Aptos" w:hAnsi="Aptos"/>
                <w:b/>
                <w:color w:val="17324D"/>
                <w:sz w:val="15"/>
              </w:rPr>
              <w:t>현재</w:t>
            </w:r>
            <w:r>
              <w:rPr>
                <w:rFonts w:ascii="Aptos" w:hAnsi="Aptos"/>
                <w:b/>
                <w:color w:val="17324D"/>
                <w:sz w:val="15"/>
              </w:rPr>
              <w:t xml:space="preserve"> </w:t>
            </w:r>
            <w:r>
              <w:rPr>
                <w:rFonts w:ascii="Aptos" w:hAnsi="Aptos"/>
                <w:b/>
                <w:color w:val="17324D"/>
                <w:sz w:val="15"/>
              </w:rPr>
              <w:t>체류자격</w:t>
            </w:r>
          </w:p>
        </w:tc>
        <w:tc>
          <w:tcPr>
            <w:tcW w:w="2551" w:type="dxa"/>
            <w:tcBorders>
              <w:top w:val="single" w:sz="5" w:space="0" w:color="D9E1E7"/>
              <w:left w:val="single" w:sz="5" w:space="0" w:color="D9E1E7"/>
              <w:bottom w:val="single" w:sz="5" w:space="0" w:color="D9E1E7"/>
              <w:right w:val="single" w:sz="5" w:space="0" w:color="D9E1E7"/>
            </w:tcBorders>
            <w:tcMar>
              <w:top w:w="70" w:type="dxa"/>
              <w:left w:w="85" w:type="dxa"/>
              <w:bottom w:w="70" w:type="dxa"/>
              <w:right w:w="85" w:type="dxa"/>
            </w:tcMar>
            <w:vAlign w:val="center"/>
          </w:tcPr>
          <w:p w14:paraId="565C9219" w14:textId="77777777" w:rsidR="00E91A28" w:rsidRDefault="00627AC1">
            <w:pPr>
              <w:spacing w:after="0" w:line="240" w:lineRule="auto"/>
            </w:pPr>
            <w:r>
              <w:t xml:space="preserve"> </w:t>
            </w:r>
          </w:p>
        </w:tc>
        <w:tc>
          <w:tcPr>
            <w:tcW w:w="2268" w:type="dxa"/>
            <w:tcBorders>
              <w:top w:val="single" w:sz="5" w:space="0" w:color="D9E1E7"/>
              <w:left w:val="single" w:sz="5" w:space="0" w:color="D9E1E7"/>
              <w:bottom w:val="single" w:sz="5" w:space="0" w:color="D9E1E7"/>
              <w:right w:val="single" w:sz="5" w:space="0" w:color="D9E1E7"/>
            </w:tcBorders>
            <w:shd w:val="clear" w:color="auto" w:fill="EEF3F6"/>
            <w:tcMar>
              <w:top w:w="70" w:type="dxa"/>
              <w:left w:w="85" w:type="dxa"/>
              <w:bottom w:w="70" w:type="dxa"/>
              <w:right w:w="85" w:type="dxa"/>
            </w:tcMar>
            <w:vAlign w:val="center"/>
          </w:tcPr>
          <w:p w14:paraId="385DB295" w14:textId="77777777" w:rsidR="00E91A28" w:rsidRDefault="00627AC1">
            <w:pPr>
              <w:spacing w:after="0" w:line="240" w:lineRule="auto"/>
            </w:pPr>
            <w:r>
              <w:rPr>
                <w:rFonts w:ascii="Aptos" w:hAnsi="Aptos"/>
                <w:b/>
                <w:color w:val="17324D"/>
                <w:sz w:val="15"/>
              </w:rPr>
              <w:t xml:space="preserve">Visa Expiry Date / </w:t>
            </w:r>
            <w:r>
              <w:rPr>
                <w:rFonts w:ascii="Aptos" w:hAnsi="Aptos"/>
                <w:b/>
                <w:color w:val="17324D"/>
                <w:sz w:val="15"/>
              </w:rPr>
              <w:t>비자</w:t>
            </w:r>
            <w:r>
              <w:rPr>
                <w:rFonts w:ascii="Aptos" w:hAnsi="Aptos"/>
                <w:b/>
                <w:color w:val="17324D"/>
                <w:sz w:val="15"/>
              </w:rPr>
              <w:t xml:space="preserve"> </w:t>
            </w:r>
            <w:r>
              <w:rPr>
                <w:rFonts w:ascii="Aptos" w:hAnsi="Aptos"/>
                <w:b/>
                <w:color w:val="17324D"/>
                <w:sz w:val="15"/>
              </w:rPr>
              <w:t>만료일</w:t>
            </w:r>
          </w:p>
        </w:tc>
        <w:tc>
          <w:tcPr>
            <w:tcW w:w="2238" w:type="dxa"/>
            <w:tcBorders>
              <w:top w:val="single" w:sz="5" w:space="0" w:color="D9E1E7"/>
              <w:left w:val="single" w:sz="5" w:space="0" w:color="D9E1E7"/>
              <w:bottom w:val="single" w:sz="5" w:space="0" w:color="D9E1E7"/>
              <w:right w:val="single" w:sz="5" w:space="0" w:color="D9E1E7"/>
            </w:tcBorders>
            <w:tcMar>
              <w:top w:w="70" w:type="dxa"/>
              <w:left w:w="85" w:type="dxa"/>
              <w:bottom w:w="70" w:type="dxa"/>
              <w:right w:w="85" w:type="dxa"/>
            </w:tcMar>
            <w:vAlign w:val="center"/>
          </w:tcPr>
          <w:p w14:paraId="7D98CE60" w14:textId="77777777" w:rsidR="00E91A28" w:rsidRDefault="00627AC1">
            <w:pPr>
              <w:spacing w:after="0" w:line="240" w:lineRule="auto"/>
            </w:pPr>
            <w:r>
              <w:t xml:space="preserve"> </w:t>
            </w:r>
          </w:p>
        </w:tc>
      </w:tr>
      <w:tr w:rsidR="00E91A28" w14:paraId="75F33A6E" w14:textId="77777777" w:rsidTr="00B52BAA">
        <w:trPr>
          <w:jc w:val="center"/>
        </w:trPr>
        <w:tc>
          <w:tcPr>
            <w:tcW w:w="3119" w:type="dxa"/>
            <w:tcBorders>
              <w:top w:val="single" w:sz="5" w:space="0" w:color="D9E1E7"/>
              <w:left w:val="single" w:sz="5" w:space="0" w:color="D9E1E7"/>
              <w:bottom w:val="single" w:sz="5" w:space="0" w:color="D9E1E7"/>
              <w:right w:val="single" w:sz="5" w:space="0" w:color="D9E1E7"/>
            </w:tcBorders>
            <w:shd w:val="clear" w:color="auto" w:fill="EEF3F6"/>
            <w:tcMar>
              <w:top w:w="70" w:type="dxa"/>
              <w:left w:w="85" w:type="dxa"/>
              <w:bottom w:w="70" w:type="dxa"/>
              <w:right w:w="85" w:type="dxa"/>
            </w:tcMar>
            <w:vAlign w:val="center"/>
          </w:tcPr>
          <w:p w14:paraId="211B44BD" w14:textId="77777777" w:rsidR="00E91A28" w:rsidRDefault="00627AC1">
            <w:pPr>
              <w:spacing w:after="0" w:line="240" w:lineRule="auto"/>
            </w:pPr>
            <w:r>
              <w:rPr>
                <w:rFonts w:ascii="Aptos" w:hAnsi="Aptos"/>
                <w:b/>
                <w:color w:val="17324D"/>
                <w:sz w:val="15"/>
              </w:rPr>
              <w:t xml:space="preserve">TOPIK / KIIP Level / TOPIK / KIIP </w:t>
            </w:r>
            <w:r>
              <w:rPr>
                <w:rFonts w:ascii="Aptos" w:hAnsi="Aptos"/>
                <w:b/>
                <w:color w:val="17324D"/>
                <w:sz w:val="15"/>
              </w:rPr>
              <w:t>수준</w:t>
            </w:r>
          </w:p>
        </w:tc>
        <w:tc>
          <w:tcPr>
            <w:tcW w:w="2551" w:type="dxa"/>
            <w:tcBorders>
              <w:top w:val="single" w:sz="5" w:space="0" w:color="D9E1E7"/>
              <w:left w:val="single" w:sz="5" w:space="0" w:color="D9E1E7"/>
              <w:bottom w:val="single" w:sz="5" w:space="0" w:color="D9E1E7"/>
              <w:right w:val="single" w:sz="5" w:space="0" w:color="D9E1E7"/>
            </w:tcBorders>
            <w:tcMar>
              <w:top w:w="70" w:type="dxa"/>
              <w:left w:w="85" w:type="dxa"/>
              <w:bottom w:w="70" w:type="dxa"/>
              <w:right w:w="85" w:type="dxa"/>
            </w:tcMar>
            <w:vAlign w:val="center"/>
          </w:tcPr>
          <w:p w14:paraId="2E28D93C" w14:textId="77777777" w:rsidR="00E91A28" w:rsidRDefault="00627AC1">
            <w:pPr>
              <w:spacing w:after="0" w:line="240" w:lineRule="auto"/>
            </w:pPr>
            <w:r>
              <w:t xml:space="preserve"> </w:t>
            </w:r>
          </w:p>
        </w:tc>
        <w:tc>
          <w:tcPr>
            <w:tcW w:w="2268" w:type="dxa"/>
            <w:tcBorders>
              <w:top w:val="single" w:sz="5" w:space="0" w:color="D9E1E7"/>
              <w:left w:val="single" w:sz="5" w:space="0" w:color="D9E1E7"/>
              <w:bottom w:val="single" w:sz="5" w:space="0" w:color="D9E1E7"/>
              <w:right w:val="single" w:sz="5" w:space="0" w:color="D9E1E7"/>
            </w:tcBorders>
            <w:shd w:val="clear" w:color="auto" w:fill="EEF3F6"/>
            <w:tcMar>
              <w:top w:w="70" w:type="dxa"/>
              <w:left w:w="85" w:type="dxa"/>
              <w:bottom w:w="70" w:type="dxa"/>
              <w:right w:w="85" w:type="dxa"/>
            </w:tcMar>
            <w:vAlign w:val="center"/>
          </w:tcPr>
          <w:p w14:paraId="70228CB7" w14:textId="77777777" w:rsidR="00E91A28" w:rsidRDefault="00627AC1">
            <w:pPr>
              <w:spacing w:after="0" w:line="240" w:lineRule="auto"/>
              <w:rPr>
                <w:lang w:eastAsia="ko-KR"/>
              </w:rPr>
            </w:pPr>
            <w:r>
              <w:rPr>
                <w:rFonts w:ascii="Aptos" w:hAnsi="Aptos"/>
                <w:b/>
                <w:color w:val="17324D"/>
                <w:sz w:val="15"/>
                <w:lang w:eastAsia="ko-KR"/>
              </w:rPr>
              <w:t xml:space="preserve">ARC No. / </w:t>
            </w:r>
            <w:r>
              <w:rPr>
                <w:rFonts w:ascii="Aptos" w:hAnsi="Aptos"/>
                <w:b/>
                <w:color w:val="17324D"/>
                <w:sz w:val="15"/>
                <w:lang w:eastAsia="ko-KR"/>
              </w:rPr>
              <w:t>외국인등록번호</w:t>
            </w:r>
          </w:p>
        </w:tc>
        <w:tc>
          <w:tcPr>
            <w:tcW w:w="2238" w:type="dxa"/>
            <w:tcBorders>
              <w:top w:val="single" w:sz="5" w:space="0" w:color="D9E1E7"/>
              <w:left w:val="single" w:sz="5" w:space="0" w:color="D9E1E7"/>
              <w:bottom w:val="single" w:sz="5" w:space="0" w:color="D9E1E7"/>
              <w:right w:val="single" w:sz="5" w:space="0" w:color="D9E1E7"/>
            </w:tcBorders>
            <w:tcMar>
              <w:top w:w="70" w:type="dxa"/>
              <w:left w:w="85" w:type="dxa"/>
              <w:bottom w:w="70" w:type="dxa"/>
              <w:right w:w="85" w:type="dxa"/>
            </w:tcMar>
            <w:vAlign w:val="center"/>
          </w:tcPr>
          <w:p w14:paraId="787D31FA" w14:textId="77777777" w:rsidR="00E91A28" w:rsidRDefault="00627AC1" w:rsidP="00B52BAA">
            <w:pPr>
              <w:spacing w:after="0" w:line="240" w:lineRule="auto"/>
              <w:jc w:val="both"/>
              <w:rPr>
                <w:lang w:eastAsia="ko-KR"/>
              </w:rPr>
            </w:pPr>
            <w:r>
              <w:rPr>
                <w:lang w:eastAsia="ko-KR"/>
              </w:rPr>
              <w:t xml:space="preserve"> </w:t>
            </w:r>
          </w:p>
        </w:tc>
      </w:tr>
    </w:tbl>
    <w:p w14:paraId="0F157C7C" w14:textId="5616071E" w:rsidR="00E91A28" w:rsidRDefault="00627AC1">
      <w:pPr>
        <w:spacing w:before="40" w:after="60"/>
      </w:pPr>
      <w:r>
        <w:rPr>
          <w:rFonts w:ascii="Aptos" w:hAnsi="Aptos"/>
          <w:b/>
          <w:color w:val="187D74"/>
          <w:sz w:val="21"/>
        </w:rPr>
        <w:t xml:space="preserve">3. Company Interview Preference / </w:t>
      </w:r>
      <w:r>
        <w:rPr>
          <w:rFonts w:ascii="Aptos" w:hAnsi="Aptos"/>
          <w:b/>
          <w:color w:val="187D74"/>
          <w:sz w:val="21"/>
        </w:rPr>
        <w:t>협력사</w:t>
      </w:r>
      <w:r>
        <w:rPr>
          <w:rFonts w:ascii="Aptos" w:hAnsi="Aptos"/>
          <w:b/>
          <w:color w:val="187D74"/>
          <w:sz w:val="21"/>
        </w:rPr>
        <w:t xml:space="preserve"> </w:t>
      </w:r>
      <w:r>
        <w:rPr>
          <w:rFonts w:ascii="Aptos" w:hAnsi="Aptos"/>
          <w:b/>
          <w:color w:val="187D74"/>
          <w:sz w:val="21"/>
        </w:rPr>
        <w:t>면접</w:t>
      </w:r>
      <w:r>
        <w:rPr>
          <w:rFonts w:ascii="Aptos" w:hAnsi="Aptos"/>
          <w:b/>
          <w:color w:val="187D74"/>
          <w:sz w:val="21"/>
        </w:rPr>
        <w:t xml:space="preserve"> </w:t>
      </w:r>
      <w:r>
        <w:rPr>
          <w:rFonts w:ascii="Aptos" w:hAnsi="Aptos"/>
          <w:b/>
          <w:color w:val="187D74"/>
          <w:sz w:val="21"/>
        </w:rPr>
        <w:t>희망</w:t>
      </w:r>
    </w:p>
    <w:tbl>
      <w:tblPr>
        <w:tblW w:w="0" w:type="auto"/>
        <w:jc w:val="center"/>
        <w:tblLook w:val="04A0" w:firstRow="1" w:lastRow="0" w:firstColumn="1" w:lastColumn="0" w:noHBand="0" w:noVBand="1"/>
      </w:tblPr>
      <w:tblGrid>
        <w:gridCol w:w="10176"/>
      </w:tblGrid>
      <w:tr w:rsidR="00E91A28" w14:paraId="52256F86" w14:textId="77777777" w:rsidTr="00B52BAA">
        <w:trPr>
          <w:jc w:val="center"/>
        </w:trPr>
        <w:tc>
          <w:tcPr>
            <w:tcW w:w="10176" w:type="dxa"/>
            <w:tcBorders>
              <w:top w:val="single" w:sz="5" w:space="0" w:color="D9E1E7"/>
              <w:left w:val="single" w:sz="5" w:space="0" w:color="D9E1E7"/>
              <w:bottom w:val="single" w:sz="5" w:space="0" w:color="D9E1E7"/>
              <w:right w:val="single" w:sz="5" w:space="0" w:color="D9E1E7"/>
            </w:tcBorders>
            <w:tcMar>
              <w:top w:w="95" w:type="dxa"/>
              <w:left w:w="100" w:type="dxa"/>
              <w:bottom w:w="95" w:type="dxa"/>
              <w:right w:w="100" w:type="dxa"/>
            </w:tcMar>
          </w:tcPr>
          <w:p w14:paraId="4AD699AC" w14:textId="4D4C2EF0" w:rsidR="00E91A28" w:rsidRPr="00F36D21" w:rsidRDefault="00424132" w:rsidP="00686FCB">
            <w:pPr>
              <w:snapToGrid w:val="0"/>
              <w:spacing w:after="0" w:line="360" w:lineRule="auto"/>
              <w:jc w:val="center"/>
              <w:rPr>
                <w:rFonts w:ascii="Aptos" w:hAnsi="Aptos"/>
                <w:b/>
                <w:color w:val="1F2937"/>
                <w:sz w:val="21"/>
                <w:szCs w:val="28"/>
                <w:lang w:eastAsia="ko-KR"/>
              </w:rPr>
            </w:pPr>
            <w:proofErr w:type="gramStart"/>
            <w:r>
              <w:rPr>
                <w:rFonts w:ascii="Segoe UI Symbol" w:hAnsi="Segoe UI Symbol"/>
                <w:b/>
                <w:color w:val="1F2937"/>
                <w:sz w:val="21"/>
                <w:szCs w:val="28"/>
              </w:rPr>
              <w:t>☑</w:t>
            </w:r>
            <w:r>
              <w:rPr>
                <w:rFonts w:ascii="Aptos" w:hAnsi="Aptos" w:hint="eastAsia"/>
                <w:b/>
                <w:color w:val="1F2937"/>
                <w:sz w:val="21"/>
                <w:szCs w:val="28"/>
                <w:lang w:eastAsia="ko-KR"/>
              </w:rPr>
              <w:t xml:space="preserve"> </w:t>
            </w:r>
            <w:r w:rsidR="00627AC1" w:rsidRPr="00F36D21">
              <w:rPr>
                <w:rFonts w:ascii="Aptos" w:hAnsi="Aptos"/>
                <w:b/>
                <w:color w:val="1F2937"/>
                <w:sz w:val="21"/>
                <w:szCs w:val="28"/>
              </w:rPr>
              <w:t xml:space="preserve"> </w:t>
            </w:r>
            <w:proofErr w:type="spellStart"/>
            <w:r w:rsidR="00627AC1" w:rsidRPr="00F36D21">
              <w:rPr>
                <w:rFonts w:ascii="Aptos" w:hAnsi="Aptos"/>
                <w:b/>
                <w:color w:val="1F2937"/>
                <w:sz w:val="21"/>
                <w:szCs w:val="28"/>
              </w:rPr>
              <w:t>Dakyung</w:t>
            </w:r>
            <w:proofErr w:type="spellEnd"/>
            <w:proofErr w:type="gramEnd"/>
            <w:r w:rsidR="00627AC1" w:rsidRPr="00F36D21">
              <w:rPr>
                <w:rFonts w:ascii="Aptos" w:hAnsi="Aptos"/>
                <w:b/>
                <w:color w:val="1F2937"/>
                <w:sz w:val="21"/>
                <w:szCs w:val="28"/>
              </w:rPr>
              <w:t xml:space="preserve"> Co., Ltd. / </w:t>
            </w:r>
            <w:r w:rsidR="00627AC1" w:rsidRPr="00F36D21">
              <w:rPr>
                <w:rFonts w:ascii="Aptos" w:hAnsi="Aptos"/>
                <w:b/>
                <w:color w:val="1F2937"/>
                <w:sz w:val="21"/>
                <w:szCs w:val="28"/>
              </w:rPr>
              <w:t>㈜</w:t>
            </w:r>
            <w:proofErr w:type="spellStart"/>
            <w:r w:rsidR="00627AC1" w:rsidRPr="00F36D21">
              <w:rPr>
                <w:rFonts w:ascii="Aptos" w:hAnsi="Aptos"/>
                <w:b/>
                <w:color w:val="1F2937"/>
                <w:sz w:val="21"/>
                <w:szCs w:val="28"/>
              </w:rPr>
              <w:t>다경</w:t>
            </w:r>
            <w:proofErr w:type="spellEnd"/>
            <w:r w:rsidR="00627AC1" w:rsidRPr="00F36D21">
              <w:rPr>
                <w:rFonts w:ascii="Aptos" w:hAnsi="Aptos"/>
                <w:b/>
                <w:color w:val="1F2937"/>
                <w:sz w:val="21"/>
                <w:szCs w:val="28"/>
              </w:rPr>
              <w:t xml:space="preserve"> </w:t>
            </w:r>
          </w:p>
          <w:p w14:paraId="46555187" w14:textId="0B537D81" w:rsidR="00124FDE" w:rsidRDefault="00F36D21" w:rsidP="00686FCB">
            <w:pPr>
              <w:spacing w:after="0" w:line="240" w:lineRule="auto"/>
              <w:jc w:val="center"/>
              <w:rPr>
                <w:lang w:eastAsia="ko-KR"/>
              </w:rPr>
            </w:pPr>
            <w:r>
              <w:rPr>
                <w:rFonts w:hint="eastAsia"/>
                <w:lang w:eastAsia="ko-KR"/>
              </w:rPr>
              <w:t>(</w:t>
            </w:r>
            <w:r w:rsidR="00124FDE" w:rsidRPr="00124FDE">
              <w:rPr>
                <w:lang w:eastAsia="ko-KR"/>
              </w:rPr>
              <w:t xml:space="preserve">The hiring </w:t>
            </w:r>
            <w:r w:rsidR="00BE0ADC">
              <w:rPr>
                <w:rFonts w:hint="eastAsia"/>
                <w:lang w:eastAsia="ko-KR"/>
              </w:rPr>
              <w:t>intern</w:t>
            </w:r>
            <w:r w:rsidR="00F5640C">
              <w:rPr>
                <w:rFonts w:hint="eastAsia"/>
                <w:lang w:eastAsia="ko-KR"/>
              </w:rPr>
              <w:t xml:space="preserve"> </w:t>
            </w:r>
            <w:r w:rsidR="00124FDE" w:rsidRPr="00124FDE">
              <w:rPr>
                <w:lang w:eastAsia="ko-KR"/>
              </w:rPr>
              <w:t xml:space="preserve">company may change after the </w:t>
            </w:r>
            <w:proofErr w:type="gramStart"/>
            <w:r w:rsidR="00124FDE" w:rsidRPr="00124FDE">
              <w:rPr>
                <w:lang w:eastAsia="ko-KR"/>
              </w:rPr>
              <w:t>interview</w:t>
            </w:r>
            <w:r>
              <w:rPr>
                <w:rFonts w:hint="eastAsia"/>
                <w:lang w:eastAsia="ko-KR"/>
              </w:rPr>
              <w:t xml:space="preserve"> /</w:t>
            </w:r>
            <w:proofErr w:type="gramEnd"/>
            <w:r>
              <w:rPr>
                <w:rFonts w:hint="eastAsia"/>
                <w:lang w:eastAsia="ko-KR"/>
              </w:rPr>
              <w:t xml:space="preserve"> </w:t>
            </w:r>
            <w:r w:rsidRPr="00F36D21">
              <w:rPr>
                <w:lang w:eastAsia="ko-KR"/>
              </w:rPr>
              <w:t xml:space="preserve">면접 후 </w:t>
            </w:r>
            <w:r w:rsidR="00F5640C">
              <w:rPr>
                <w:rFonts w:hint="eastAsia"/>
                <w:lang w:eastAsia="ko-KR"/>
              </w:rPr>
              <w:t>인턴</w:t>
            </w:r>
            <w:r w:rsidRPr="00F36D21">
              <w:rPr>
                <w:lang w:eastAsia="ko-KR"/>
              </w:rPr>
              <w:t xml:space="preserve"> 회사가 변경될 수 있습니다.</w:t>
            </w:r>
            <w:r>
              <w:rPr>
                <w:rFonts w:hint="eastAsia"/>
                <w:lang w:eastAsia="ko-KR"/>
              </w:rPr>
              <w:t>)</w:t>
            </w:r>
          </w:p>
        </w:tc>
      </w:tr>
    </w:tbl>
    <w:p w14:paraId="2526D6CE" w14:textId="77777777" w:rsidR="00B101FA" w:rsidRDefault="00B101FA">
      <w:pPr>
        <w:spacing w:before="40" w:after="60"/>
        <w:rPr>
          <w:rFonts w:ascii="Aptos" w:hAnsi="Aptos"/>
          <w:b/>
          <w:color w:val="187D74"/>
          <w:sz w:val="21"/>
        </w:rPr>
      </w:pPr>
    </w:p>
    <w:p w14:paraId="01344C76" w14:textId="33B5977C" w:rsidR="00E91A28" w:rsidRDefault="00627AC1">
      <w:pPr>
        <w:spacing w:before="40" w:after="60"/>
        <w:rPr>
          <w:lang w:eastAsia="ko-KR"/>
        </w:rPr>
      </w:pPr>
      <w:r>
        <w:rPr>
          <w:rFonts w:ascii="Aptos" w:hAnsi="Aptos"/>
          <w:b/>
          <w:color w:val="187D74"/>
          <w:sz w:val="21"/>
        </w:rPr>
        <w:t xml:space="preserve">4. Participation Confirmation / </w:t>
      </w:r>
      <w:proofErr w:type="spellStart"/>
      <w:r>
        <w:rPr>
          <w:rFonts w:ascii="Aptos" w:hAnsi="Aptos"/>
          <w:b/>
          <w:color w:val="187D74"/>
          <w:sz w:val="21"/>
        </w:rPr>
        <w:t>참여</w:t>
      </w:r>
      <w:proofErr w:type="spellEnd"/>
      <w:r>
        <w:rPr>
          <w:rFonts w:ascii="Aptos" w:hAnsi="Aptos"/>
          <w:b/>
          <w:color w:val="187D74"/>
          <w:sz w:val="21"/>
        </w:rPr>
        <w:t xml:space="preserve"> </w:t>
      </w:r>
      <w:proofErr w:type="spellStart"/>
      <w:r>
        <w:rPr>
          <w:rFonts w:ascii="Aptos" w:hAnsi="Aptos"/>
          <w:b/>
          <w:color w:val="187D74"/>
          <w:sz w:val="21"/>
        </w:rPr>
        <w:t>확인</w:t>
      </w:r>
      <w:proofErr w:type="spellEnd"/>
      <w:r w:rsidR="006F0BDC">
        <w:rPr>
          <w:rFonts w:ascii="Aptos" w:hAnsi="Aptos" w:hint="eastAsia"/>
          <w:b/>
          <w:color w:val="187D74"/>
          <w:sz w:val="21"/>
          <w:lang w:eastAsia="ko-KR"/>
        </w:rPr>
        <w:t xml:space="preserve"> (</w:t>
      </w:r>
      <w:r w:rsidR="001807BF">
        <w:rPr>
          <w:rFonts w:ascii="Aptos" w:hAnsi="Aptos" w:hint="eastAsia"/>
          <w:b/>
          <w:color w:val="187D74"/>
          <w:sz w:val="21"/>
          <w:lang w:eastAsia="ko-KR"/>
        </w:rPr>
        <w:t>C</w:t>
      </w:r>
      <w:r w:rsidR="006F0BDC">
        <w:rPr>
          <w:rFonts w:ascii="Aptos" w:hAnsi="Aptos" w:hint="eastAsia"/>
          <w:b/>
          <w:color w:val="187D74"/>
          <w:sz w:val="21"/>
          <w:lang w:eastAsia="ko-KR"/>
        </w:rPr>
        <w:t>heck)</w:t>
      </w:r>
    </w:p>
    <w:tbl>
      <w:tblPr>
        <w:tblW w:w="0" w:type="auto"/>
        <w:jc w:val="center"/>
        <w:tblLayout w:type="fixed"/>
        <w:tblLook w:val="04A0" w:firstRow="1" w:lastRow="0" w:firstColumn="1" w:lastColumn="0" w:noHBand="0" w:noVBand="1"/>
      </w:tblPr>
      <w:tblGrid>
        <w:gridCol w:w="5159"/>
        <w:gridCol w:w="5159"/>
      </w:tblGrid>
      <w:tr w:rsidR="00E91A28" w14:paraId="4D873444" w14:textId="77777777">
        <w:trPr>
          <w:jc w:val="center"/>
        </w:trPr>
        <w:tc>
          <w:tcPr>
            <w:tcW w:w="5159" w:type="dxa"/>
            <w:tcBorders>
              <w:top w:val="single" w:sz="5" w:space="0" w:color="D9E1E7"/>
              <w:left w:val="single" w:sz="5" w:space="0" w:color="D9E1E7"/>
              <w:bottom w:val="single" w:sz="5" w:space="0" w:color="D9E1E7"/>
              <w:right w:val="single" w:sz="5" w:space="0" w:color="D9E1E7"/>
            </w:tcBorders>
            <w:tcMar>
              <w:top w:w="78" w:type="dxa"/>
              <w:left w:w="90" w:type="dxa"/>
              <w:bottom w:w="78" w:type="dxa"/>
              <w:right w:w="90" w:type="dxa"/>
            </w:tcMar>
          </w:tcPr>
          <w:p w14:paraId="4E660A1B" w14:textId="2F73E6C9" w:rsidR="00E91A28" w:rsidRDefault="00627AC1">
            <w:pPr>
              <w:spacing w:after="0" w:line="240" w:lineRule="auto"/>
            </w:pPr>
            <w:proofErr w:type="gramStart"/>
            <w:r>
              <w:rPr>
                <w:rFonts w:ascii="Aptos" w:hAnsi="Aptos"/>
                <w:color w:val="1F2937"/>
                <w:sz w:val="15"/>
              </w:rPr>
              <w:t xml:space="preserve">□ </w:t>
            </w:r>
            <w:r w:rsidR="006F0BDC">
              <w:rPr>
                <w:rFonts w:ascii="Aptos" w:hAnsi="Aptos" w:hint="eastAsia"/>
                <w:color w:val="1F2937"/>
                <w:sz w:val="15"/>
                <w:lang w:eastAsia="ko-KR"/>
              </w:rPr>
              <w:t xml:space="preserve"> </w:t>
            </w:r>
            <w:r>
              <w:rPr>
                <w:rFonts w:ascii="Aptos" w:hAnsi="Aptos"/>
                <w:color w:val="1F2937"/>
                <w:sz w:val="15"/>
              </w:rPr>
              <w:t>Available</w:t>
            </w:r>
            <w:proofErr w:type="gramEnd"/>
            <w:r>
              <w:rPr>
                <w:rFonts w:ascii="Aptos" w:hAnsi="Aptos"/>
                <w:color w:val="1F2937"/>
                <w:sz w:val="15"/>
              </w:rPr>
              <w:t xml:space="preserve"> for the 6-month program / 6</w:t>
            </w:r>
            <w:r>
              <w:rPr>
                <w:rFonts w:ascii="Aptos" w:hAnsi="Aptos"/>
                <w:color w:val="1F2937"/>
                <w:sz w:val="15"/>
              </w:rPr>
              <w:t>개월</w:t>
            </w:r>
            <w:r>
              <w:rPr>
                <w:rFonts w:ascii="Aptos" w:hAnsi="Aptos"/>
                <w:color w:val="1F2937"/>
                <w:sz w:val="15"/>
              </w:rPr>
              <w:t xml:space="preserve"> </w:t>
            </w:r>
            <w:r>
              <w:rPr>
                <w:rFonts w:ascii="Aptos" w:hAnsi="Aptos"/>
                <w:color w:val="1F2937"/>
                <w:sz w:val="15"/>
              </w:rPr>
              <w:t>과정</w:t>
            </w:r>
            <w:r>
              <w:rPr>
                <w:rFonts w:ascii="Aptos" w:hAnsi="Aptos"/>
                <w:color w:val="1F2937"/>
                <w:sz w:val="15"/>
              </w:rPr>
              <w:t xml:space="preserve"> </w:t>
            </w:r>
            <w:r>
              <w:rPr>
                <w:rFonts w:ascii="Aptos" w:hAnsi="Aptos"/>
                <w:color w:val="1F2937"/>
                <w:sz w:val="15"/>
              </w:rPr>
              <w:t>참여</w:t>
            </w:r>
            <w:r>
              <w:rPr>
                <w:rFonts w:ascii="Aptos" w:hAnsi="Aptos"/>
                <w:color w:val="1F2937"/>
                <w:sz w:val="15"/>
              </w:rPr>
              <w:t xml:space="preserve"> </w:t>
            </w:r>
            <w:r>
              <w:rPr>
                <w:rFonts w:ascii="Aptos" w:hAnsi="Aptos"/>
                <w:color w:val="1F2937"/>
                <w:sz w:val="15"/>
              </w:rPr>
              <w:t>가능</w:t>
            </w:r>
          </w:p>
        </w:tc>
        <w:tc>
          <w:tcPr>
            <w:tcW w:w="5159" w:type="dxa"/>
            <w:tcBorders>
              <w:top w:val="single" w:sz="5" w:space="0" w:color="D9E1E7"/>
              <w:left w:val="single" w:sz="5" w:space="0" w:color="D9E1E7"/>
              <w:bottom w:val="single" w:sz="5" w:space="0" w:color="D9E1E7"/>
              <w:right w:val="single" w:sz="5" w:space="0" w:color="D9E1E7"/>
            </w:tcBorders>
            <w:tcMar>
              <w:top w:w="78" w:type="dxa"/>
              <w:left w:w="90" w:type="dxa"/>
              <w:bottom w:w="78" w:type="dxa"/>
              <w:right w:w="90" w:type="dxa"/>
            </w:tcMar>
          </w:tcPr>
          <w:p w14:paraId="3B9E9357" w14:textId="6DD9E7C9" w:rsidR="00E91A28" w:rsidRDefault="00627AC1">
            <w:pPr>
              <w:spacing w:after="0" w:line="240" w:lineRule="auto"/>
            </w:pPr>
            <w:proofErr w:type="gramStart"/>
            <w:r>
              <w:rPr>
                <w:rFonts w:ascii="Aptos" w:hAnsi="Aptos"/>
                <w:color w:val="1F2937"/>
                <w:sz w:val="15"/>
              </w:rPr>
              <w:t xml:space="preserve">□ </w:t>
            </w:r>
            <w:r w:rsidR="006F0BDC">
              <w:rPr>
                <w:rFonts w:ascii="Aptos" w:hAnsi="Aptos" w:hint="eastAsia"/>
                <w:color w:val="1F2937"/>
                <w:sz w:val="15"/>
                <w:lang w:eastAsia="ko-KR"/>
              </w:rPr>
              <w:t xml:space="preserve"> </w:t>
            </w:r>
            <w:r>
              <w:rPr>
                <w:rFonts w:ascii="Aptos" w:hAnsi="Aptos"/>
                <w:color w:val="1F2937"/>
                <w:sz w:val="15"/>
              </w:rPr>
              <w:t>Able</w:t>
            </w:r>
            <w:proofErr w:type="gramEnd"/>
            <w:r>
              <w:rPr>
                <w:rFonts w:ascii="Aptos" w:hAnsi="Aptos"/>
                <w:color w:val="1F2937"/>
                <w:sz w:val="15"/>
              </w:rPr>
              <w:t xml:space="preserve"> to reside in Geoje / </w:t>
            </w:r>
            <w:r>
              <w:rPr>
                <w:rFonts w:ascii="Aptos" w:hAnsi="Aptos"/>
                <w:color w:val="1F2937"/>
                <w:sz w:val="15"/>
              </w:rPr>
              <w:t>거제지역</w:t>
            </w:r>
            <w:r>
              <w:rPr>
                <w:rFonts w:ascii="Aptos" w:hAnsi="Aptos"/>
                <w:color w:val="1F2937"/>
                <w:sz w:val="15"/>
              </w:rPr>
              <w:t xml:space="preserve"> </w:t>
            </w:r>
            <w:r>
              <w:rPr>
                <w:rFonts w:ascii="Aptos" w:hAnsi="Aptos"/>
                <w:color w:val="1F2937"/>
                <w:sz w:val="15"/>
              </w:rPr>
              <w:t>숙소생활</w:t>
            </w:r>
            <w:r>
              <w:rPr>
                <w:rFonts w:ascii="Aptos" w:hAnsi="Aptos"/>
                <w:color w:val="1F2937"/>
                <w:sz w:val="15"/>
              </w:rPr>
              <w:t xml:space="preserve"> </w:t>
            </w:r>
            <w:r>
              <w:rPr>
                <w:rFonts w:ascii="Aptos" w:hAnsi="Aptos"/>
                <w:color w:val="1F2937"/>
                <w:sz w:val="15"/>
              </w:rPr>
              <w:t>가능</w:t>
            </w:r>
          </w:p>
        </w:tc>
      </w:tr>
      <w:tr w:rsidR="00E91A28" w14:paraId="6FB403CE" w14:textId="77777777">
        <w:trPr>
          <w:jc w:val="center"/>
        </w:trPr>
        <w:tc>
          <w:tcPr>
            <w:tcW w:w="5159" w:type="dxa"/>
            <w:tcBorders>
              <w:top w:val="single" w:sz="5" w:space="0" w:color="D9E1E7"/>
              <w:left w:val="single" w:sz="5" w:space="0" w:color="D9E1E7"/>
              <w:bottom w:val="single" w:sz="5" w:space="0" w:color="D9E1E7"/>
              <w:right w:val="single" w:sz="5" w:space="0" w:color="D9E1E7"/>
            </w:tcBorders>
            <w:tcMar>
              <w:top w:w="78" w:type="dxa"/>
              <w:left w:w="90" w:type="dxa"/>
              <w:bottom w:w="78" w:type="dxa"/>
              <w:right w:w="90" w:type="dxa"/>
            </w:tcMar>
          </w:tcPr>
          <w:p w14:paraId="29BC497B" w14:textId="77777777" w:rsidR="0056117A" w:rsidRDefault="00627AC1" w:rsidP="006F0BDC">
            <w:pPr>
              <w:spacing w:after="0" w:line="240" w:lineRule="auto"/>
              <w:ind w:left="192" w:hangingChars="128" w:hanging="192"/>
              <w:rPr>
                <w:rFonts w:ascii="Aptos" w:hAnsi="Aptos"/>
                <w:color w:val="1F2937"/>
                <w:sz w:val="15"/>
              </w:rPr>
            </w:pPr>
            <w:proofErr w:type="gramStart"/>
            <w:r>
              <w:rPr>
                <w:rFonts w:ascii="Aptos" w:hAnsi="Aptos"/>
                <w:color w:val="1F2937"/>
                <w:sz w:val="15"/>
              </w:rPr>
              <w:t xml:space="preserve">□ </w:t>
            </w:r>
            <w:r w:rsidR="006F0BDC">
              <w:rPr>
                <w:rFonts w:ascii="Aptos" w:hAnsi="Aptos" w:hint="eastAsia"/>
                <w:color w:val="1F2937"/>
                <w:sz w:val="15"/>
                <w:lang w:eastAsia="ko-KR"/>
              </w:rPr>
              <w:t xml:space="preserve"> </w:t>
            </w:r>
            <w:r>
              <w:rPr>
                <w:rFonts w:ascii="Aptos" w:hAnsi="Aptos"/>
                <w:color w:val="1F2937"/>
                <w:sz w:val="15"/>
              </w:rPr>
              <w:t>Able</w:t>
            </w:r>
            <w:proofErr w:type="gramEnd"/>
            <w:r>
              <w:rPr>
                <w:rFonts w:ascii="Aptos" w:hAnsi="Aptos"/>
                <w:color w:val="1F2937"/>
                <w:sz w:val="15"/>
              </w:rPr>
              <w:t xml:space="preserve"> to participate in Samsung Heavy Industries field internship training </w:t>
            </w:r>
          </w:p>
          <w:p w14:paraId="56ECEF5E" w14:textId="24E96B0B" w:rsidR="00E91A28" w:rsidRDefault="00627AC1" w:rsidP="0056117A">
            <w:pPr>
              <w:spacing w:after="0" w:line="240" w:lineRule="auto"/>
              <w:ind w:leftChars="100" w:left="180"/>
              <w:rPr>
                <w:lang w:eastAsia="ko-KR"/>
              </w:rPr>
            </w:pPr>
            <w:proofErr w:type="gramStart"/>
            <w:r>
              <w:rPr>
                <w:rFonts w:ascii="Aptos" w:hAnsi="Aptos"/>
                <w:color w:val="1F2937"/>
                <w:sz w:val="15"/>
                <w:lang w:eastAsia="ko-KR"/>
              </w:rPr>
              <w:t xml:space="preserve">/ </w:t>
            </w:r>
            <w:r>
              <w:rPr>
                <w:rFonts w:ascii="Aptos" w:hAnsi="Aptos"/>
                <w:color w:val="1F2937"/>
                <w:sz w:val="15"/>
                <w:lang w:eastAsia="ko-KR"/>
              </w:rPr>
              <w:t>삼성중공업</w:t>
            </w:r>
            <w:proofErr w:type="gramEnd"/>
            <w:r>
              <w:rPr>
                <w:rFonts w:ascii="Aptos" w:hAnsi="Aptos"/>
                <w:color w:val="1F2937"/>
                <w:sz w:val="15"/>
                <w:lang w:eastAsia="ko-KR"/>
              </w:rPr>
              <w:t xml:space="preserve"> </w:t>
            </w:r>
            <w:r>
              <w:rPr>
                <w:rFonts w:ascii="Aptos" w:hAnsi="Aptos"/>
                <w:color w:val="1F2937"/>
                <w:sz w:val="15"/>
                <w:lang w:eastAsia="ko-KR"/>
              </w:rPr>
              <w:t>현장</w:t>
            </w:r>
            <w:r>
              <w:rPr>
                <w:rFonts w:ascii="Aptos" w:hAnsi="Aptos"/>
                <w:color w:val="1F2937"/>
                <w:sz w:val="15"/>
                <w:lang w:eastAsia="ko-KR"/>
              </w:rPr>
              <w:t xml:space="preserve"> </w:t>
            </w:r>
            <w:r>
              <w:rPr>
                <w:rFonts w:ascii="Aptos" w:hAnsi="Aptos"/>
                <w:color w:val="1F2937"/>
                <w:sz w:val="15"/>
                <w:lang w:eastAsia="ko-KR"/>
              </w:rPr>
              <w:t>인턴교육</w:t>
            </w:r>
            <w:r>
              <w:rPr>
                <w:rFonts w:ascii="Aptos" w:hAnsi="Aptos"/>
                <w:color w:val="1F2937"/>
                <w:sz w:val="15"/>
                <w:lang w:eastAsia="ko-KR"/>
              </w:rPr>
              <w:t xml:space="preserve"> </w:t>
            </w:r>
            <w:r>
              <w:rPr>
                <w:rFonts w:ascii="Aptos" w:hAnsi="Aptos"/>
                <w:color w:val="1F2937"/>
                <w:sz w:val="15"/>
                <w:lang w:eastAsia="ko-KR"/>
              </w:rPr>
              <w:t>참여</w:t>
            </w:r>
            <w:r>
              <w:rPr>
                <w:rFonts w:ascii="Aptos" w:hAnsi="Aptos"/>
                <w:color w:val="1F2937"/>
                <w:sz w:val="15"/>
                <w:lang w:eastAsia="ko-KR"/>
              </w:rPr>
              <w:t xml:space="preserve"> </w:t>
            </w:r>
            <w:r>
              <w:rPr>
                <w:rFonts w:ascii="Aptos" w:hAnsi="Aptos"/>
                <w:color w:val="1F2937"/>
                <w:sz w:val="15"/>
                <w:lang w:eastAsia="ko-KR"/>
              </w:rPr>
              <w:t>가능</w:t>
            </w:r>
          </w:p>
        </w:tc>
        <w:tc>
          <w:tcPr>
            <w:tcW w:w="5159" w:type="dxa"/>
            <w:tcBorders>
              <w:top w:val="single" w:sz="5" w:space="0" w:color="D9E1E7"/>
              <w:left w:val="single" w:sz="5" w:space="0" w:color="D9E1E7"/>
              <w:bottom w:val="single" w:sz="5" w:space="0" w:color="D9E1E7"/>
              <w:right w:val="single" w:sz="5" w:space="0" w:color="D9E1E7"/>
            </w:tcBorders>
            <w:tcMar>
              <w:top w:w="78" w:type="dxa"/>
              <w:left w:w="90" w:type="dxa"/>
              <w:bottom w:w="78" w:type="dxa"/>
              <w:right w:w="90" w:type="dxa"/>
            </w:tcMar>
          </w:tcPr>
          <w:p w14:paraId="274F3678" w14:textId="77777777" w:rsidR="0056117A" w:rsidRDefault="00627AC1" w:rsidP="006F0BDC">
            <w:pPr>
              <w:spacing w:after="0" w:line="240" w:lineRule="auto"/>
              <w:ind w:left="133" w:hangingChars="89" w:hanging="133"/>
              <w:rPr>
                <w:rFonts w:ascii="Aptos" w:hAnsi="Aptos"/>
                <w:color w:val="1F2937"/>
                <w:sz w:val="15"/>
              </w:rPr>
            </w:pPr>
            <w:proofErr w:type="gramStart"/>
            <w:r>
              <w:rPr>
                <w:rFonts w:ascii="Aptos" w:hAnsi="Aptos"/>
                <w:color w:val="1F2937"/>
                <w:sz w:val="15"/>
              </w:rPr>
              <w:t>□</w:t>
            </w:r>
            <w:r w:rsidR="006F0BDC">
              <w:rPr>
                <w:rFonts w:ascii="Aptos" w:hAnsi="Aptos" w:hint="eastAsia"/>
                <w:color w:val="1F2937"/>
                <w:sz w:val="15"/>
                <w:lang w:eastAsia="ko-KR"/>
              </w:rPr>
              <w:t xml:space="preserve"> </w:t>
            </w:r>
            <w:r>
              <w:rPr>
                <w:rFonts w:ascii="Aptos" w:hAnsi="Aptos"/>
                <w:color w:val="1F2937"/>
                <w:sz w:val="15"/>
              </w:rPr>
              <w:t xml:space="preserve"> Able</w:t>
            </w:r>
            <w:proofErr w:type="gramEnd"/>
            <w:r>
              <w:rPr>
                <w:rFonts w:ascii="Aptos" w:hAnsi="Aptos"/>
                <w:color w:val="1F2937"/>
                <w:sz w:val="15"/>
              </w:rPr>
              <w:t xml:space="preserve"> to participate in KITR training and assessment </w:t>
            </w:r>
          </w:p>
          <w:p w14:paraId="5AA7BABE" w14:textId="387CD048" w:rsidR="00E91A28" w:rsidRDefault="00627AC1" w:rsidP="0056117A">
            <w:pPr>
              <w:spacing w:after="0" w:line="240" w:lineRule="auto"/>
              <w:ind w:left="133" w:firstLineChars="100" w:firstLine="150"/>
              <w:rPr>
                <w:lang w:eastAsia="ko-KR"/>
              </w:rPr>
            </w:pPr>
            <w:proofErr w:type="gramStart"/>
            <w:r>
              <w:rPr>
                <w:rFonts w:ascii="Aptos" w:hAnsi="Aptos"/>
                <w:color w:val="1F2937"/>
                <w:sz w:val="15"/>
                <w:lang w:eastAsia="ko-KR"/>
              </w:rPr>
              <w:t>/ KITR</w:t>
            </w:r>
            <w:proofErr w:type="gramEnd"/>
            <w:r>
              <w:rPr>
                <w:rFonts w:ascii="Aptos" w:hAnsi="Aptos"/>
                <w:color w:val="1F2937"/>
                <w:sz w:val="15"/>
                <w:lang w:eastAsia="ko-KR"/>
              </w:rPr>
              <w:t xml:space="preserve"> </w:t>
            </w:r>
            <w:r>
              <w:rPr>
                <w:rFonts w:ascii="Aptos" w:hAnsi="Aptos"/>
                <w:color w:val="1F2937"/>
                <w:sz w:val="15"/>
                <w:lang w:eastAsia="ko-KR"/>
              </w:rPr>
              <w:t>교육</w:t>
            </w:r>
            <w:r>
              <w:rPr>
                <w:rFonts w:ascii="Aptos" w:hAnsi="Aptos"/>
                <w:color w:val="1F2937"/>
                <w:sz w:val="15"/>
                <w:lang w:eastAsia="ko-KR"/>
              </w:rPr>
              <w:t xml:space="preserve"> </w:t>
            </w:r>
            <w:r>
              <w:rPr>
                <w:rFonts w:ascii="Aptos" w:hAnsi="Aptos"/>
                <w:color w:val="1F2937"/>
                <w:sz w:val="15"/>
                <w:lang w:eastAsia="ko-KR"/>
              </w:rPr>
              <w:t>및</w:t>
            </w:r>
            <w:r>
              <w:rPr>
                <w:rFonts w:ascii="Aptos" w:hAnsi="Aptos"/>
                <w:color w:val="1F2937"/>
                <w:sz w:val="15"/>
                <w:lang w:eastAsia="ko-KR"/>
              </w:rPr>
              <w:t xml:space="preserve"> </w:t>
            </w:r>
            <w:r>
              <w:rPr>
                <w:rFonts w:ascii="Aptos" w:hAnsi="Aptos"/>
                <w:color w:val="1F2937"/>
                <w:sz w:val="15"/>
                <w:lang w:eastAsia="ko-KR"/>
              </w:rPr>
              <w:t>평가</w:t>
            </w:r>
            <w:r>
              <w:rPr>
                <w:rFonts w:ascii="Aptos" w:hAnsi="Aptos"/>
                <w:color w:val="1F2937"/>
                <w:sz w:val="15"/>
                <w:lang w:eastAsia="ko-KR"/>
              </w:rPr>
              <w:t xml:space="preserve"> </w:t>
            </w:r>
            <w:r>
              <w:rPr>
                <w:rFonts w:ascii="Aptos" w:hAnsi="Aptos"/>
                <w:color w:val="1F2937"/>
                <w:sz w:val="15"/>
                <w:lang w:eastAsia="ko-KR"/>
              </w:rPr>
              <w:t>참여</w:t>
            </w:r>
            <w:r>
              <w:rPr>
                <w:rFonts w:ascii="Aptos" w:hAnsi="Aptos"/>
                <w:color w:val="1F2937"/>
                <w:sz w:val="15"/>
                <w:lang w:eastAsia="ko-KR"/>
              </w:rPr>
              <w:t xml:space="preserve"> </w:t>
            </w:r>
            <w:r>
              <w:rPr>
                <w:rFonts w:ascii="Aptos" w:hAnsi="Aptos"/>
                <w:color w:val="1F2937"/>
                <w:sz w:val="15"/>
                <w:lang w:eastAsia="ko-KR"/>
              </w:rPr>
              <w:t>가능</w:t>
            </w:r>
          </w:p>
        </w:tc>
      </w:tr>
      <w:tr w:rsidR="00E91A28" w14:paraId="5FC49F87" w14:textId="77777777">
        <w:trPr>
          <w:jc w:val="center"/>
        </w:trPr>
        <w:tc>
          <w:tcPr>
            <w:tcW w:w="5159" w:type="dxa"/>
            <w:tcBorders>
              <w:top w:val="single" w:sz="5" w:space="0" w:color="D9E1E7"/>
              <w:left w:val="single" w:sz="5" w:space="0" w:color="D9E1E7"/>
              <w:bottom w:val="single" w:sz="5" w:space="0" w:color="D9E1E7"/>
              <w:right w:val="single" w:sz="5" w:space="0" w:color="D9E1E7"/>
            </w:tcBorders>
            <w:tcMar>
              <w:top w:w="78" w:type="dxa"/>
              <w:left w:w="90" w:type="dxa"/>
              <w:bottom w:w="78" w:type="dxa"/>
              <w:right w:w="90" w:type="dxa"/>
            </w:tcMar>
          </w:tcPr>
          <w:p w14:paraId="58051E0F" w14:textId="77777777" w:rsidR="0056117A" w:rsidRDefault="00627AC1" w:rsidP="006F0BDC">
            <w:pPr>
              <w:spacing w:after="0" w:line="240" w:lineRule="auto"/>
              <w:ind w:left="192" w:hangingChars="128" w:hanging="192"/>
              <w:rPr>
                <w:rFonts w:ascii="Aptos" w:hAnsi="Aptos"/>
                <w:color w:val="1F2937"/>
                <w:sz w:val="15"/>
              </w:rPr>
            </w:pPr>
            <w:proofErr w:type="gramStart"/>
            <w:r>
              <w:rPr>
                <w:rFonts w:ascii="Aptos" w:hAnsi="Aptos"/>
                <w:color w:val="1F2937"/>
                <w:sz w:val="15"/>
              </w:rPr>
              <w:t>□</w:t>
            </w:r>
            <w:r w:rsidR="006F0BDC">
              <w:rPr>
                <w:rFonts w:ascii="Aptos" w:hAnsi="Aptos" w:hint="eastAsia"/>
                <w:color w:val="1F2937"/>
                <w:sz w:val="15"/>
                <w:lang w:eastAsia="ko-KR"/>
              </w:rPr>
              <w:t xml:space="preserve"> </w:t>
            </w:r>
            <w:r>
              <w:rPr>
                <w:rFonts w:ascii="Aptos" w:hAnsi="Aptos"/>
                <w:color w:val="1F2937"/>
                <w:sz w:val="15"/>
              </w:rPr>
              <w:t xml:space="preserve"> Able</w:t>
            </w:r>
            <w:proofErr w:type="gramEnd"/>
            <w:r>
              <w:rPr>
                <w:rFonts w:ascii="Aptos" w:hAnsi="Aptos"/>
                <w:color w:val="1F2937"/>
                <w:sz w:val="15"/>
              </w:rPr>
              <w:t xml:space="preserve"> to submit required documents for D-10 procedures </w:t>
            </w:r>
          </w:p>
          <w:p w14:paraId="6802EE8B" w14:textId="375BCE46" w:rsidR="00E91A28" w:rsidRDefault="00627AC1" w:rsidP="0056117A">
            <w:pPr>
              <w:spacing w:after="0" w:line="240" w:lineRule="auto"/>
              <w:ind w:leftChars="100" w:left="222" w:hangingChars="28" w:hanging="42"/>
              <w:rPr>
                <w:lang w:eastAsia="ko-KR"/>
              </w:rPr>
            </w:pPr>
            <w:proofErr w:type="gramStart"/>
            <w:r>
              <w:rPr>
                <w:rFonts w:ascii="Aptos" w:hAnsi="Aptos"/>
                <w:color w:val="1F2937"/>
                <w:sz w:val="15"/>
                <w:lang w:eastAsia="ko-KR"/>
              </w:rPr>
              <w:t>/ D</w:t>
            </w:r>
            <w:proofErr w:type="gramEnd"/>
            <w:r>
              <w:rPr>
                <w:rFonts w:ascii="Aptos" w:hAnsi="Aptos"/>
                <w:color w:val="1F2937"/>
                <w:sz w:val="15"/>
                <w:lang w:eastAsia="ko-KR"/>
              </w:rPr>
              <w:t xml:space="preserve">-10 </w:t>
            </w:r>
            <w:r>
              <w:rPr>
                <w:rFonts w:ascii="Aptos" w:hAnsi="Aptos"/>
                <w:color w:val="1F2937"/>
                <w:sz w:val="15"/>
                <w:lang w:eastAsia="ko-KR"/>
              </w:rPr>
              <w:t>행정절차</w:t>
            </w:r>
            <w:r>
              <w:rPr>
                <w:rFonts w:ascii="Aptos" w:hAnsi="Aptos"/>
                <w:color w:val="1F2937"/>
                <w:sz w:val="15"/>
                <w:lang w:eastAsia="ko-KR"/>
              </w:rPr>
              <w:t xml:space="preserve"> </w:t>
            </w:r>
            <w:r>
              <w:rPr>
                <w:rFonts w:ascii="Aptos" w:hAnsi="Aptos"/>
                <w:color w:val="1F2937"/>
                <w:sz w:val="15"/>
                <w:lang w:eastAsia="ko-KR"/>
              </w:rPr>
              <w:t>필요서류</w:t>
            </w:r>
            <w:r>
              <w:rPr>
                <w:rFonts w:ascii="Aptos" w:hAnsi="Aptos"/>
                <w:color w:val="1F2937"/>
                <w:sz w:val="15"/>
                <w:lang w:eastAsia="ko-KR"/>
              </w:rPr>
              <w:t xml:space="preserve"> </w:t>
            </w:r>
            <w:r>
              <w:rPr>
                <w:rFonts w:ascii="Aptos" w:hAnsi="Aptos"/>
                <w:color w:val="1F2937"/>
                <w:sz w:val="15"/>
                <w:lang w:eastAsia="ko-KR"/>
              </w:rPr>
              <w:t>제출</w:t>
            </w:r>
            <w:r>
              <w:rPr>
                <w:rFonts w:ascii="Aptos" w:hAnsi="Aptos"/>
                <w:color w:val="1F2937"/>
                <w:sz w:val="15"/>
                <w:lang w:eastAsia="ko-KR"/>
              </w:rPr>
              <w:t xml:space="preserve"> </w:t>
            </w:r>
            <w:r>
              <w:rPr>
                <w:rFonts w:ascii="Aptos" w:hAnsi="Aptos"/>
                <w:color w:val="1F2937"/>
                <w:sz w:val="15"/>
                <w:lang w:eastAsia="ko-KR"/>
              </w:rPr>
              <w:t>가능</w:t>
            </w:r>
          </w:p>
        </w:tc>
        <w:tc>
          <w:tcPr>
            <w:tcW w:w="5159" w:type="dxa"/>
            <w:tcBorders>
              <w:top w:val="single" w:sz="5" w:space="0" w:color="D9E1E7"/>
              <w:left w:val="single" w:sz="5" w:space="0" w:color="D9E1E7"/>
              <w:bottom w:val="single" w:sz="5" w:space="0" w:color="D9E1E7"/>
              <w:right w:val="single" w:sz="5" w:space="0" w:color="D9E1E7"/>
            </w:tcBorders>
            <w:tcMar>
              <w:top w:w="78" w:type="dxa"/>
              <w:left w:w="90" w:type="dxa"/>
              <w:bottom w:w="78" w:type="dxa"/>
              <w:right w:w="90" w:type="dxa"/>
            </w:tcMar>
          </w:tcPr>
          <w:p w14:paraId="53863C50" w14:textId="0BB1B2E7" w:rsidR="00E91A28" w:rsidRDefault="00627AC1" w:rsidP="006F0BDC">
            <w:pPr>
              <w:spacing w:after="0" w:line="240" w:lineRule="auto"/>
              <w:ind w:left="133" w:hangingChars="89" w:hanging="133"/>
            </w:pPr>
            <w:proofErr w:type="gramStart"/>
            <w:r>
              <w:rPr>
                <w:rFonts w:ascii="Aptos" w:hAnsi="Aptos"/>
                <w:color w:val="1F2937"/>
                <w:sz w:val="15"/>
              </w:rPr>
              <w:t xml:space="preserve">□ </w:t>
            </w:r>
            <w:r w:rsidR="006F0BDC">
              <w:rPr>
                <w:rFonts w:ascii="Aptos" w:hAnsi="Aptos" w:hint="eastAsia"/>
                <w:color w:val="1F2937"/>
                <w:sz w:val="15"/>
                <w:lang w:eastAsia="ko-KR"/>
              </w:rPr>
              <w:t xml:space="preserve"> </w:t>
            </w:r>
            <w:r>
              <w:rPr>
                <w:rFonts w:ascii="Aptos" w:hAnsi="Aptos"/>
                <w:color w:val="1F2937"/>
                <w:sz w:val="15"/>
              </w:rPr>
              <w:t>Able</w:t>
            </w:r>
            <w:proofErr w:type="gramEnd"/>
            <w:r>
              <w:rPr>
                <w:rFonts w:ascii="Aptos" w:hAnsi="Aptos"/>
                <w:color w:val="1F2937"/>
                <w:sz w:val="15"/>
              </w:rPr>
              <w:t xml:space="preserve"> to participate in the company interview and selection process / </w:t>
            </w:r>
            <w:proofErr w:type="spellStart"/>
            <w:r>
              <w:rPr>
                <w:rFonts w:ascii="Aptos" w:hAnsi="Aptos"/>
                <w:color w:val="1F2937"/>
                <w:sz w:val="15"/>
              </w:rPr>
              <w:t>협력사</w:t>
            </w:r>
            <w:proofErr w:type="spellEnd"/>
            <w:r>
              <w:rPr>
                <w:rFonts w:ascii="Aptos" w:hAnsi="Aptos"/>
                <w:color w:val="1F2937"/>
                <w:sz w:val="15"/>
              </w:rPr>
              <w:t xml:space="preserve"> </w:t>
            </w:r>
            <w:proofErr w:type="spellStart"/>
            <w:r>
              <w:rPr>
                <w:rFonts w:ascii="Aptos" w:hAnsi="Aptos"/>
                <w:color w:val="1F2937"/>
                <w:sz w:val="15"/>
              </w:rPr>
              <w:t>면접</w:t>
            </w:r>
            <w:proofErr w:type="spellEnd"/>
            <w:r>
              <w:rPr>
                <w:rFonts w:ascii="Aptos" w:hAnsi="Aptos"/>
                <w:color w:val="1F2937"/>
                <w:sz w:val="15"/>
              </w:rPr>
              <w:t xml:space="preserve"> </w:t>
            </w:r>
            <w:r>
              <w:rPr>
                <w:rFonts w:ascii="Aptos" w:hAnsi="Aptos"/>
                <w:color w:val="1F2937"/>
                <w:sz w:val="15"/>
              </w:rPr>
              <w:t>및</w:t>
            </w:r>
            <w:r>
              <w:rPr>
                <w:rFonts w:ascii="Aptos" w:hAnsi="Aptos"/>
                <w:color w:val="1F2937"/>
                <w:sz w:val="15"/>
              </w:rPr>
              <w:t xml:space="preserve"> </w:t>
            </w:r>
            <w:proofErr w:type="spellStart"/>
            <w:r>
              <w:rPr>
                <w:rFonts w:ascii="Aptos" w:hAnsi="Aptos"/>
                <w:color w:val="1F2937"/>
                <w:sz w:val="15"/>
              </w:rPr>
              <w:t>선발절차</w:t>
            </w:r>
            <w:proofErr w:type="spellEnd"/>
            <w:r>
              <w:rPr>
                <w:rFonts w:ascii="Aptos" w:hAnsi="Aptos"/>
                <w:color w:val="1F2937"/>
                <w:sz w:val="15"/>
              </w:rPr>
              <w:t xml:space="preserve"> </w:t>
            </w:r>
            <w:proofErr w:type="spellStart"/>
            <w:r>
              <w:rPr>
                <w:rFonts w:ascii="Aptos" w:hAnsi="Aptos"/>
                <w:color w:val="1F2937"/>
                <w:sz w:val="15"/>
              </w:rPr>
              <w:t>참여</w:t>
            </w:r>
            <w:proofErr w:type="spellEnd"/>
            <w:r>
              <w:rPr>
                <w:rFonts w:ascii="Aptos" w:hAnsi="Aptos"/>
                <w:color w:val="1F2937"/>
                <w:sz w:val="15"/>
              </w:rPr>
              <w:t xml:space="preserve"> </w:t>
            </w:r>
            <w:proofErr w:type="spellStart"/>
            <w:r>
              <w:rPr>
                <w:rFonts w:ascii="Aptos" w:hAnsi="Aptos"/>
                <w:color w:val="1F2937"/>
                <w:sz w:val="15"/>
              </w:rPr>
              <w:t>가능</w:t>
            </w:r>
            <w:proofErr w:type="spellEnd"/>
          </w:p>
        </w:tc>
      </w:tr>
      <w:tr w:rsidR="001807BF" w14:paraId="298AFECD" w14:textId="77777777" w:rsidTr="000C76DC">
        <w:trPr>
          <w:jc w:val="center"/>
        </w:trPr>
        <w:tc>
          <w:tcPr>
            <w:tcW w:w="10318" w:type="dxa"/>
            <w:gridSpan w:val="2"/>
            <w:tcBorders>
              <w:top w:val="single" w:sz="5" w:space="0" w:color="D9E1E7"/>
              <w:left w:val="single" w:sz="5" w:space="0" w:color="D9E1E7"/>
              <w:bottom w:val="single" w:sz="5" w:space="0" w:color="D9E1E7"/>
              <w:right w:val="single" w:sz="5" w:space="0" w:color="D9E1E7"/>
            </w:tcBorders>
            <w:tcMar>
              <w:top w:w="78" w:type="dxa"/>
              <w:left w:w="90" w:type="dxa"/>
              <w:bottom w:w="78" w:type="dxa"/>
              <w:right w:w="90" w:type="dxa"/>
            </w:tcMar>
          </w:tcPr>
          <w:p w14:paraId="551018D9" w14:textId="77777777" w:rsidR="001807BF" w:rsidRDefault="001807BF" w:rsidP="006F0BDC">
            <w:pPr>
              <w:spacing w:after="0" w:line="240" w:lineRule="auto"/>
              <w:ind w:left="133" w:hangingChars="89" w:hanging="133"/>
              <w:rPr>
                <w:rFonts w:ascii="Aptos" w:hAnsi="Aptos"/>
                <w:color w:val="1F2937"/>
                <w:sz w:val="15"/>
              </w:rPr>
            </w:pPr>
            <w:proofErr w:type="gramStart"/>
            <w:r>
              <w:rPr>
                <w:rFonts w:ascii="Aptos" w:hAnsi="Aptos"/>
                <w:color w:val="1F2937"/>
                <w:sz w:val="15"/>
              </w:rPr>
              <w:t>□</w:t>
            </w:r>
            <w:r>
              <w:rPr>
                <w:rFonts w:ascii="Aptos" w:hAnsi="Aptos" w:hint="eastAsia"/>
                <w:color w:val="1F2937"/>
                <w:sz w:val="15"/>
                <w:lang w:eastAsia="ko-KR"/>
              </w:rPr>
              <w:t xml:space="preserve"> </w:t>
            </w:r>
            <w:r>
              <w:rPr>
                <w:rFonts w:ascii="Aptos" w:hAnsi="Aptos"/>
                <w:color w:val="1F2937"/>
                <w:sz w:val="15"/>
              </w:rPr>
              <w:t xml:space="preserve"> </w:t>
            </w:r>
            <w:r w:rsidR="001E7D79" w:rsidRPr="001E7D79">
              <w:rPr>
                <w:rFonts w:ascii="Aptos" w:hAnsi="Aptos"/>
                <w:color w:val="1F2937"/>
                <w:sz w:val="15"/>
              </w:rPr>
              <w:t>Field</w:t>
            </w:r>
            <w:proofErr w:type="gramEnd"/>
            <w:r w:rsidR="001E7D79" w:rsidRPr="001E7D79">
              <w:rPr>
                <w:rFonts w:ascii="Aptos" w:hAnsi="Aptos"/>
                <w:color w:val="1F2937"/>
                <w:sz w:val="15"/>
              </w:rPr>
              <w:t xml:space="preserve"> training is conducted in teams, and access to project work areas is strictly controlled. Except during scheduled break times and lunch breaks, trainees are not permitted to leave the work area or take additional breaks for personal reasons, including religious activities. Do you fully understand these site operating conditions and confirm that you can participate normally in the six-month training program under these conditions?</w:t>
            </w:r>
          </w:p>
          <w:p w14:paraId="23D3DBB2" w14:textId="3F683BDC" w:rsidR="001E7D79" w:rsidRDefault="001E7D79" w:rsidP="006F0BDC">
            <w:pPr>
              <w:spacing w:after="0" w:line="240" w:lineRule="auto"/>
              <w:ind w:left="133" w:hangingChars="89" w:hanging="133"/>
              <w:rPr>
                <w:rFonts w:ascii="Aptos" w:hAnsi="Aptos"/>
                <w:color w:val="1F2937"/>
                <w:sz w:val="15"/>
                <w:lang w:eastAsia="ko-KR"/>
              </w:rPr>
            </w:pPr>
            <w:r>
              <w:rPr>
                <w:rFonts w:ascii="Aptos" w:hAnsi="Aptos" w:hint="eastAsia"/>
                <w:color w:val="1F2937"/>
                <w:sz w:val="15"/>
                <w:lang w:eastAsia="ko-KR"/>
              </w:rPr>
              <w:t xml:space="preserve">  </w:t>
            </w:r>
            <w:r w:rsidR="00A77600">
              <w:rPr>
                <w:rFonts w:ascii="Aptos" w:hAnsi="Aptos" w:hint="eastAsia"/>
                <w:color w:val="1F2937"/>
                <w:sz w:val="15"/>
                <w:lang w:eastAsia="ko-KR"/>
              </w:rPr>
              <w:t xml:space="preserve"> </w:t>
            </w:r>
            <w:r>
              <w:rPr>
                <w:rFonts w:ascii="Aptos" w:hAnsi="Aptos" w:hint="eastAsia"/>
                <w:color w:val="1F2937"/>
                <w:sz w:val="15"/>
                <w:lang w:eastAsia="ko-KR"/>
              </w:rPr>
              <w:t xml:space="preserve">  </w:t>
            </w:r>
            <w:r w:rsidRPr="001E7D79">
              <w:rPr>
                <w:rFonts w:ascii="Aptos" w:hAnsi="Aptos"/>
                <w:color w:val="1F2937"/>
                <w:sz w:val="15"/>
                <w:lang w:eastAsia="ko-KR"/>
              </w:rPr>
              <w:t>현장교육은</w:t>
            </w:r>
            <w:r w:rsidRPr="001E7D79">
              <w:rPr>
                <w:rFonts w:ascii="Aptos" w:hAnsi="Aptos"/>
                <w:color w:val="1F2937"/>
                <w:sz w:val="15"/>
                <w:lang w:eastAsia="ko-KR"/>
              </w:rPr>
              <w:t xml:space="preserve"> </w:t>
            </w:r>
            <w:r w:rsidRPr="001E7D79">
              <w:rPr>
                <w:rFonts w:ascii="Aptos" w:hAnsi="Aptos"/>
                <w:color w:val="1F2937"/>
                <w:sz w:val="15"/>
                <w:lang w:eastAsia="ko-KR"/>
              </w:rPr>
              <w:t>조별로</w:t>
            </w:r>
            <w:r w:rsidRPr="001E7D79">
              <w:rPr>
                <w:rFonts w:ascii="Aptos" w:hAnsi="Aptos"/>
                <w:color w:val="1F2937"/>
                <w:sz w:val="15"/>
                <w:lang w:eastAsia="ko-KR"/>
              </w:rPr>
              <w:t xml:space="preserve"> </w:t>
            </w:r>
            <w:r w:rsidRPr="001E7D79">
              <w:rPr>
                <w:rFonts w:ascii="Aptos" w:hAnsi="Aptos"/>
                <w:color w:val="1F2937"/>
                <w:sz w:val="15"/>
                <w:lang w:eastAsia="ko-KR"/>
              </w:rPr>
              <w:t>운영되며</w:t>
            </w:r>
            <w:r w:rsidRPr="001E7D79">
              <w:rPr>
                <w:rFonts w:ascii="Aptos" w:hAnsi="Aptos"/>
                <w:color w:val="1F2937"/>
                <w:sz w:val="15"/>
                <w:lang w:eastAsia="ko-KR"/>
              </w:rPr>
              <w:t xml:space="preserve">, </w:t>
            </w:r>
            <w:r w:rsidRPr="001E7D79">
              <w:rPr>
                <w:rFonts w:ascii="Aptos" w:hAnsi="Aptos"/>
                <w:color w:val="1F2937"/>
                <w:sz w:val="15"/>
                <w:lang w:eastAsia="ko-KR"/>
              </w:rPr>
              <w:t>프로젝트</w:t>
            </w:r>
            <w:r w:rsidRPr="001E7D79">
              <w:rPr>
                <w:rFonts w:ascii="Aptos" w:hAnsi="Aptos"/>
                <w:color w:val="1F2937"/>
                <w:sz w:val="15"/>
                <w:lang w:eastAsia="ko-KR"/>
              </w:rPr>
              <w:t xml:space="preserve"> </w:t>
            </w:r>
            <w:r w:rsidRPr="001E7D79">
              <w:rPr>
                <w:rFonts w:ascii="Aptos" w:hAnsi="Aptos"/>
                <w:color w:val="1F2937"/>
                <w:sz w:val="15"/>
                <w:lang w:eastAsia="ko-KR"/>
              </w:rPr>
              <w:t>작업구역의</w:t>
            </w:r>
            <w:r w:rsidRPr="001E7D79">
              <w:rPr>
                <w:rFonts w:ascii="Aptos" w:hAnsi="Aptos"/>
                <w:color w:val="1F2937"/>
                <w:sz w:val="15"/>
                <w:lang w:eastAsia="ko-KR"/>
              </w:rPr>
              <w:t xml:space="preserve"> </w:t>
            </w:r>
            <w:r w:rsidRPr="001E7D79">
              <w:rPr>
                <w:rFonts w:ascii="Aptos" w:hAnsi="Aptos"/>
                <w:color w:val="1F2937"/>
                <w:sz w:val="15"/>
                <w:lang w:eastAsia="ko-KR"/>
              </w:rPr>
              <w:t>출입이</w:t>
            </w:r>
            <w:r w:rsidRPr="001E7D79">
              <w:rPr>
                <w:rFonts w:ascii="Aptos" w:hAnsi="Aptos"/>
                <w:color w:val="1F2937"/>
                <w:sz w:val="15"/>
                <w:lang w:eastAsia="ko-KR"/>
              </w:rPr>
              <w:t xml:space="preserve"> </w:t>
            </w:r>
            <w:r w:rsidRPr="001E7D79">
              <w:rPr>
                <w:rFonts w:ascii="Aptos" w:hAnsi="Aptos"/>
                <w:color w:val="1F2937"/>
                <w:sz w:val="15"/>
                <w:lang w:eastAsia="ko-KR"/>
              </w:rPr>
              <w:t>통제됩니다</w:t>
            </w:r>
            <w:r w:rsidRPr="001E7D79">
              <w:rPr>
                <w:rFonts w:ascii="Aptos" w:hAnsi="Aptos"/>
                <w:color w:val="1F2937"/>
                <w:sz w:val="15"/>
                <w:lang w:eastAsia="ko-KR"/>
              </w:rPr>
              <w:t xml:space="preserve">. </w:t>
            </w:r>
            <w:r w:rsidRPr="001E7D79">
              <w:rPr>
                <w:rFonts w:ascii="Aptos" w:hAnsi="Aptos"/>
                <w:color w:val="1F2937"/>
                <w:sz w:val="15"/>
                <w:lang w:eastAsia="ko-KR"/>
              </w:rPr>
              <w:t>정규</w:t>
            </w:r>
            <w:r w:rsidRPr="001E7D79">
              <w:rPr>
                <w:rFonts w:ascii="Aptos" w:hAnsi="Aptos"/>
                <w:color w:val="1F2937"/>
                <w:sz w:val="15"/>
                <w:lang w:eastAsia="ko-KR"/>
              </w:rPr>
              <w:t xml:space="preserve"> </w:t>
            </w:r>
            <w:r w:rsidRPr="001E7D79">
              <w:rPr>
                <w:rFonts w:ascii="Aptos" w:hAnsi="Aptos"/>
                <w:color w:val="1F2937"/>
                <w:sz w:val="15"/>
                <w:lang w:eastAsia="ko-KR"/>
              </w:rPr>
              <w:t>휴게시간과</w:t>
            </w:r>
            <w:r w:rsidRPr="001E7D79">
              <w:rPr>
                <w:rFonts w:ascii="Aptos" w:hAnsi="Aptos"/>
                <w:color w:val="1F2937"/>
                <w:sz w:val="15"/>
                <w:lang w:eastAsia="ko-KR"/>
              </w:rPr>
              <w:t xml:space="preserve"> </w:t>
            </w:r>
            <w:r w:rsidRPr="001E7D79">
              <w:rPr>
                <w:rFonts w:ascii="Aptos" w:hAnsi="Aptos"/>
                <w:color w:val="1F2937"/>
                <w:sz w:val="15"/>
                <w:lang w:eastAsia="ko-KR"/>
              </w:rPr>
              <w:t>점심시간</w:t>
            </w:r>
            <w:r w:rsidRPr="001E7D79">
              <w:rPr>
                <w:rFonts w:ascii="Aptos" w:hAnsi="Aptos"/>
                <w:color w:val="1F2937"/>
                <w:sz w:val="15"/>
                <w:lang w:eastAsia="ko-KR"/>
              </w:rPr>
              <w:t xml:space="preserve"> </w:t>
            </w:r>
            <w:r w:rsidRPr="001E7D79">
              <w:rPr>
                <w:rFonts w:ascii="Aptos" w:hAnsi="Aptos"/>
                <w:color w:val="1F2937"/>
                <w:sz w:val="15"/>
                <w:lang w:eastAsia="ko-KR"/>
              </w:rPr>
              <w:t>외에는</w:t>
            </w:r>
            <w:r w:rsidRPr="001E7D79">
              <w:rPr>
                <w:rFonts w:ascii="Aptos" w:hAnsi="Aptos"/>
                <w:color w:val="1F2937"/>
                <w:sz w:val="15"/>
                <w:lang w:eastAsia="ko-KR"/>
              </w:rPr>
              <w:t xml:space="preserve"> </w:t>
            </w:r>
            <w:r w:rsidRPr="001E7D79">
              <w:rPr>
                <w:rFonts w:ascii="Aptos" w:hAnsi="Aptos"/>
                <w:color w:val="1F2937"/>
                <w:sz w:val="15"/>
                <w:lang w:eastAsia="ko-KR"/>
              </w:rPr>
              <w:t>개인적</w:t>
            </w:r>
            <w:r w:rsidRPr="001E7D79">
              <w:rPr>
                <w:rFonts w:ascii="Aptos" w:hAnsi="Aptos"/>
                <w:color w:val="1F2937"/>
                <w:sz w:val="15"/>
                <w:lang w:eastAsia="ko-KR"/>
              </w:rPr>
              <w:t xml:space="preserve"> </w:t>
            </w:r>
            <w:r w:rsidRPr="001E7D79">
              <w:rPr>
                <w:rFonts w:ascii="Aptos" w:hAnsi="Aptos"/>
                <w:color w:val="1F2937"/>
                <w:sz w:val="15"/>
                <w:lang w:eastAsia="ko-KR"/>
              </w:rPr>
              <w:t>사유</w:t>
            </w:r>
            <w:r w:rsidRPr="001E7D79">
              <w:rPr>
                <w:rFonts w:ascii="Aptos" w:hAnsi="Aptos"/>
                <w:color w:val="1F2937"/>
                <w:sz w:val="15"/>
                <w:lang w:eastAsia="ko-KR"/>
              </w:rPr>
              <w:t>(</w:t>
            </w:r>
            <w:r w:rsidRPr="001E7D79">
              <w:rPr>
                <w:rFonts w:ascii="Aptos" w:hAnsi="Aptos"/>
                <w:color w:val="1F2937"/>
                <w:sz w:val="15"/>
                <w:lang w:eastAsia="ko-KR"/>
              </w:rPr>
              <w:t>종교활동</w:t>
            </w:r>
            <w:r w:rsidRPr="001E7D79">
              <w:rPr>
                <w:rFonts w:ascii="Aptos" w:hAnsi="Aptos"/>
                <w:color w:val="1F2937"/>
                <w:sz w:val="15"/>
                <w:lang w:eastAsia="ko-KR"/>
              </w:rPr>
              <w:t xml:space="preserve"> </w:t>
            </w:r>
            <w:r w:rsidRPr="001E7D79">
              <w:rPr>
                <w:rFonts w:ascii="Aptos" w:hAnsi="Aptos"/>
                <w:color w:val="1F2937"/>
                <w:sz w:val="15"/>
                <w:lang w:eastAsia="ko-KR"/>
              </w:rPr>
              <w:t>포함</w:t>
            </w:r>
            <w:r w:rsidRPr="001E7D79">
              <w:rPr>
                <w:rFonts w:ascii="Aptos" w:hAnsi="Aptos"/>
                <w:color w:val="1F2937"/>
                <w:sz w:val="15"/>
                <w:lang w:eastAsia="ko-KR"/>
              </w:rPr>
              <w:t>)</w:t>
            </w:r>
            <w:r w:rsidRPr="001E7D79">
              <w:rPr>
                <w:rFonts w:ascii="Aptos" w:hAnsi="Aptos"/>
                <w:color w:val="1F2937"/>
                <w:sz w:val="15"/>
                <w:lang w:eastAsia="ko-KR"/>
              </w:rPr>
              <w:t>로</w:t>
            </w:r>
            <w:r w:rsidRPr="001E7D79">
              <w:rPr>
                <w:rFonts w:ascii="Aptos" w:hAnsi="Aptos"/>
                <w:color w:val="1F2937"/>
                <w:sz w:val="15"/>
                <w:lang w:eastAsia="ko-KR"/>
              </w:rPr>
              <w:t xml:space="preserve"> </w:t>
            </w:r>
            <w:r w:rsidRPr="001E7D79">
              <w:rPr>
                <w:rFonts w:ascii="Aptos" w:hAnsi="Aptos"/>
                <w:color w:val="1F2937"/>
                <w:sz w:val="15"/>
                <w:lang w:eastAsia="ko-KR"/>
              </w:rPr>
              <w:t>작업구역을</w:t>
            </w:r>
            <w:r w:rsidRPr="001E7D79">
              <w:rPr>
                <w:rFonts w:ascii="Aptos" w:hAnsi="Aptos"/>
                <w:color w:val="1F2937"/>
                <w:sz w:val="15"/>
                <w:lang w:eastAsia="ko-KR"/>
              </w:rPr>
              <w:t xml:space="preserve"> </w:t>
            </w:r>
            <w:r w:rsidRPr="001E7D79">
              <w:rPr>
                <w:rFonts w:ascii="Aptos" w:hAnsi="Aptos"/>
                <w:color w:val="1F2937"/>
                <w:sz w:val="15"/>
                <w:lang w:eastAsia="ko-KR"/>
              </w:rPr>
              <w:t>이탈하거나</w:t>
            </w:r>
            <w:r w:rsidRPr="001E7D79">
              <w:rPr>
                <w:rFonts w:ascii="Aptos" w:hAnsi="Aptos"/>
                <w:color w:val="1F2937"/>
                <w:sz w:val="15"/>
                <w:lang w:eastAsia="ko-KR"/>
              </w:rPr>
              <w:t xml:space="preserve"> </w:t>
            </w:r>
            <w:r w:rsidRPr="001E7D79">
              <w:rPr>
                <w:rFonts w:ascii="Aptos" w:hAnsi="Aptos"/>
                <w:color w:val="1F2937"/>
                <w:sz w:val="15"/>
                <w:lang w:eastAsia="ko-KR"/>
              </w:rPr>
              <w:t>별도의</w:t>
            </w:r>
            <w:r w:rsidRPr="001E7D79">
              <w:rPr>
                <w:rFonts w:ascii="Aptos" w:hAnsi="Aptos"/>
                <w:color w:val="1F2937"/>
                <w:sz w:val="15"/>
                <w:lang w:eastAsia="ko-KR"/>
              </w:rPr>
              <w:t xml:space="preserve"> </w:t>
            </w:r>
            <w:r w:rsidRPr="001E7D79">
              <w:rPr>
                <w:rFonts w:ascii="Aptos" w:hAnsi="Aptos"/>
                <w:color w:val="1F2937"/>
                <w:sz w:val="15"/>
                <w:lang w:eastAsia="ko-KR"/>
              </w:rPr>
              <w:t>휴게시간을</w:t>
            </w:r>
            <w:r w:rsidRPr="001E7D79">
              <w:rPr>
                <w:rFonts w:ascii="Aptos" w:hAnsi="Aptos"/>
                <w:color w:val="1F2937"/>
                <w:sz w:val="15"/>
                <w:lang w:eastAsia="ko-KR"/>
              </w:rPr>
              <w:t xml:space="preserve"> </w:t>
            </w:r>
            <w:r w:rsidRPr="001E7D79">
              <w:rPr>
                <w:rFonts w:ascii="Aptos" w:hAnsi="Aptos"/>
                <w:color w:val="1F2937"/>
                <w:sz w:val="15"/>
                <w:lang w:eastAsia="ko-KR"/>
              </w:rPr>
              <w:t>사용할</w:t>
            </w:r>
            <w:r w:rsidRPr="001E7D79">
              <w:rPr>
                <w:rFonts w:ascii="Aptos" w:hAnsi="Aptos"/>
                <w:color w:val="1F2937"/>
                <w:sz w:val="15"/>
                <w:lang w:eastAsia="ko-KR"/>
              </w:rPr>
              <w:t xml:space="preserve"> </w:t>
            </w:r>
            <w:r w:rsidRPr="001E7D79">
              <w:rPr>
                <w:rFonts w:ascii="Aptos" w:hAnsi="Aptos"/>
                <w:color w:val="1F2937"/>
                <w:sz w:val="15"/>
                <w:lang w:eastAsia="ko-KR"/>
              </w:rPr>
              <w:t>수</w:t>
            </w:r>
            <w:r w:rsidRPr="001E7D79">
              <w:rPr>
                <w:rFonts w:ascii="Aptos" w:hAnsi="Aptos"/>
                <w:color w:val="1F2937"/>
                <w:sz w:val="15"/>
                <w:lang w:eastAsia="ko-KR"/>
              </w:rPr>
              <w:t xml:space="preserve"> </w:t>
            </w:r>
            <w:r w:rsidRPr="001E7D79">
              <w:rPr>
                <w:rFonts w:ascii="Aptos" w:hAnsi="Aptos"/>
                <w:color w:val="1F2937"/>
                <w:sz w:val="15"/>
                <w:lang w:eastAsia="ko-KR"/>
              </w:rPr>
              <w:t>없습니다</w:t>
            </w:r>
            <w:r w:rsidRPr="001E7D79">
              <w:rPr>
                <w:rFonts w:ascii="Aptos" w:hAnsi="Aptos"/>
                <w:color w:val="1F2937"/>
                <w:sz w:val="15"/>
                <w:lang w:eastAsia="ko-KR"/>
              </w:rPr>
              <w:t xml:space="preserve">. </w:t>
            </w:r>
            <w:r w:rsidRPr="001E7D79">
              <w:rPr>
                <w:rFonts w:ascii="Aptos" w:hAnsi="Aptos"/>
                <w:color w:val="1F2937"/>
                <w:sz w:val="15"/>
                <w:lang w:eastAsia="ko-KR"/>
              </w:rPr>
              <w:t>본인은</w:t>
            </w:r>
            <w:r w:rsidRPr="001E7D79">
              <w:rPr>
                <w:rFonts w:ascii="Aptos" w:hAnsi="Aptos"/>
                <w:color w:val="1F2937"/>
                <w:sz w:val="15"/>
                <w:lang w:eastAsia="ko-KR"/>
              </w:rPr>
              <w:t xml:space="preserve"> </w:t>
            </w:r>
            <w:r w:rsidRPr="001E7D79">
              <w:rPr>
                <w:rFonts w:ascii="Aptos" w:hAnsi="Aptos"/>
                <w:color w:val="1F2937"/>
                <w:sz w:val="15"/>
                <w:lang w:eastAsia="ko-KR"/>
              </w:rPr>
              <w:t>이러한</w:t>
            </w:r>
            <w:r w:rsidRPr="001E7D79">
              <w:rPr>
                <w:rFonts w:ascii="Aptos" w:hAnsi="Aptos"/>
                <w:color w:val="1F2937"/>
                <w:sz w:val="15"/>
                <w:lang w:eastAsia="ko-KR"/>
              </w:rPr>
              <w:t xml:space="preserve"> </w:t>
            </w:r>
            <w:r w:rsidRPr="001E7D79">
              <w:rPr>
                <w:rFonts w:ascii="Aptos" w:hAnsi="Aptos"/>
                <w:color w:val="1F2937"/>
                <w:sz w:val="15"/>
                <w:lang w:eastAsia="ko-KR"/>
              </w:rPr>
              <w:t>현장</w:t>
            </w:r>
            <w:r w:rsidRPr="001E7D79">
              <w:rPr>
                <w:rFonts w:ascii="Aptos" w:hAnsi="Aptos"/>
                <w:color w:val="1F2937"/>
                <w:sz w:val="15"/>
                <w:lang w:eastAsia="ko-KR"/>
              </w:rPr>
              <w:t xml:space="preserve"> </w:t>
            </w:r>
            <w:r w:rsidRPr="001E7D79">
              <w:rPr>
                <w:rFonts w:ascii="Aptos" w:hAnsi="Aptos"/>
                <w:color w:val="1F2937"/>
                <w:sz w:val="15"/>
                <w:lang w:eastAsia="ko-KR"/>
              </w:rPr>
              <w:t>운영조건을</w:t>
            </w:r>
            <w:r w:rsidRPr="001E7D79">
              <w:rPr>
                <w:rFonts w:ascii="Aptos" w:hAnsi="Aptos"/>
                <w:color w:val="1F2937"/>
                <w:sz w:val="15"/>
                <w:lang w:eastAsia="ko-KR"/>
              </w:rPr>
              <w:t xml:space="preserve"> </w:t>
            </w:r>
            <w:r w:rsidRPr="001E7D79">
              <w:rPr>
                <w:rFonts w:ascii="Aptos" w:hAnsi="Aptos"/>
                <w:color w:val="1F2937"/>
                <w:sz w:val="15"/>
                <w:lang w:eastAsia="ko-KR"/>
              </w:rPr>
              <w:t>충분히</w:t>
            </w:r>
            <w:r w:rsidRPr="001E7D79">
              <w:rPr>
                <w:rFonts w:ascii="Aptos" w:hAnsi="Aptos"/>
                <w:color w:val="1F2937"/>
                <w:sz w:val="15"/>
                <w:lang w:eastAsia="ko-KR"/>
              </w:rPr>
              <w:t xml:space="preserve"> </w:t>
            </w:r>
            <w:r w:rsidRPr="001E7D79">
              <w:rPr>
                <w:rFonts w:ascii="Aptos" w:hAnsi="Aptos"/>
                <w:color w:val="1F2937"/>
                <w:sz w:val="15"/>
                <w:lang w:eastAsia="ko-KR"/>
              </w:rPr>
              <w:t>이해하였으며</w:t>
            </w:r>
            <w:r w:rsidRPr="001E7D79">
              <w:rPr>
                <w:rFonts w:ascii="Aptos" w:hAnsi="Aptos"/>
                <w:color w:val="1F2937"/>
                <w:sz w:val="15"/>
                <w:lang w:eastAsia="ko-KR"/>
              </w:rPr>
              <w:t xml:space="preserve">, </w:t>
            </w:r>
            <w:r w:rsidRPr="001E7D79">
              <w:rPr>
                <w:rFonts w:ascii="Aptos" w:hAnsi="Aptos"/>
                <w:color w:val="1F2937"/>
                <w:sz w:val="15"/>
                <w:lang w:eastAsia="ko-KR"/>
              </w:rPr>
              <w:t>해당</w:t>
            </w:r>
            <w:r w:rsidRPr="001E7D79">
              <w:rPr>
                <w:rFonts w:ascii="Aptos" w:hAnsi="Aptos"/>
                <w:color w:val="1F2937"/>
                <w:sz w:val="15"/>
                <w:lang w:eastAsia="ko-KR"/>
              </w:rPr>
              <w:t xml:space="preserve"> </w:t>
            </w:r>
            <w:r w:rsidRPr="001E7D79">
              <w:rPr>
                <w:rFonts w:ascii="Aptos" w:hAnsi="Aptos"/>
                <w:color w:val="1F2937"/>
                <w:sz w:val="15"/>
                <w:lang w:eastAsia="ko-KR"/>
              </w:rPr>
              <w:t>조건에</w:t>
            </w:r>
            <w:r w:rsidRPr="001E7D79">
              <w:rPr>
                <w:rFonts w:ascii="Aptos" w:hAnsi="Aptos"/>
                <w:color w:val="1F2937"/>
                <w:sz w:val="15"/>
                <w:lang w:eastAsia="ko-KR"/>
              </w:rPr>
              <w:t xml:space="preserve"> </w:t>
            </w:r>
            <w:r w:rsidRPr="001E7D79">
              <w:rPr>
                <w:rFonts w:ascii="Aptos" w:hAnsi="Aptos"/>
                <w:color w:val="1F2937"/>
                <w:sz w:val="15"/>
                <w:lang w:eastAsia="ko-KR"/>
              </w:rPr>
              <w:t>따라</w:t>
            </w:r>
            <w:r w:rsidRPr="001E7D79">
              <w:rPr>
                <w:rFonts w:ascii="Aptos" w:hAnsi="Aptos"/>
                <w:color w:val="1F2937"/>
                <w:sz w:val="15"/>
                <w:lang w:eastAsia="ko-KR"/>
              </w:rPr>
              <w:t xml:space="preserve"> 6</w:t>
            </w:r>
            <w:r w:rsidRPr="001E7D79">
              <w:rPr>
                <w:rFonts w:ascii="Aptos" w:hAnsi="Aptos"/>
                <w:color w:val="1F2937"/>
                <w:sz w:val="15"/>
                <w:lang w:eastAsia="ko-KR"/>
              </w:rPr>
              <w:t>개월간</w:t>
            </w:r>
            <w:r w:rsidRPr="001E7D79">
              <w:rPr>
                <w:rFonts w:ascii="Aptos" w:hAnsi="Aptos"/>
                <w:color w:val="1F2937"/>
                <w:sz w:val="15"/>
                <w:lang w:eastAsia="ko-KR"/>
              </w:rPr>
              <w:t xml:space="preserve"> </w:t>
            </w:r>
            <w:r w:rsidRPr="001E7D79">
              <w:rPr>
                <w:rFonts w:ascii="Aptos" w:hAnsi="Aptos"/>
                <w:color w:val="1F2937"/>
                <w:sz w:val="15"/>
                <w:lang w:eastAsia="ko-KR"/>
              </w:rPr>
              <w:t>정상적으로</w:t>
            </w:r>
            <w:r w:rsidRPr="001E7D79">
              <w:rPr>
                <w:rFonts w:ascii="Aptos" w:hAnsi="Aptos"/>
                <w:color w:val="1F2937"/>
                <w:sz w:val="15"/>
                <w:lang w:eastAsia="ko-KR"/>
              </w:rPr>
              <w:t xml:space="preserve"> </w:t>
            </w:r>
            <w:r w:rsidRPr="001E7D79">
              <w:rPr>
                <w:rFonts w:ascii="Aptos" w:hAnsi="Aptos"/>
                <w:color w:val="1F2937"/>
                <w:sz w:val="15"/>
                <w:lang w:eastAsia="ko-KR"/>
              </w:rPr>
              <w:t>교육에</w:t>
            </w:r>
            <w:r w:rsidRPr="001E7D79">
              <w:rPr>
                <w:rFonts w:ascii="Aptos" w:hAnsi="Aptos"/>
                <w:color w:val="1F2937"/>
                <w:sz w:val="15"/>
                <w:lang w:eastAsia="ko-KR"/>
              </w:rPr>
              <w:t xml:space="preserve"> </w:t>
            </w:r>
            <w:r w:rsidRPr="001E7D79">
              <w:rPr>
                <w:rFonts w:ascii="Aptos" w:hAnsi="Aptos"/>
                <w:color w:val="1F2937"/>
                <w:sz w:val="15"/>
                <w:lang w:eastAsia="ko-KR"/>
              </w:rPr>
              <w:t>참여할</w:t>
            </w:r>
            <w:r w:rsidRPr="001E7D79">
              <w:rPr>
                <w:rFonts w:ascii="Aptos" w:hAnsi="Aptos"/>
                <w:color w:val="1F2937"/>
                <w:sz w:val="15"/>
                <w:lang w:eastAsia="ko-KR"/>
              </w:rPr>
              <w:t xml:space="preserve"> </w:t>
            </w:r>
            <w:r w:rsidRPr="001E7D79">
              <w:rPr>
                <w:rFonts w:ascii="Aptos" w:hAnsi="Aptos"/>
                <w:color w:val="1F2937"/>
                <w:sz w:val="15"/>
                <w:lang w:eastAsia="ko-KR"/>
              </w:rPr>
              <w:t>수</w:t>
            </w:r>
            <w:r w:rsidRPr="001E7D79">
              <w:rPr>
                <w:rFonts w:ascii="Aptos" w:hAnsi="Aptos"/>
                <w:color w:val="1F2937"/>
                <w:sz w:val="15"/>
                <w:lang w:eastAsia="ko-KR"/>
              </w:rPr>
              <w:t xml:space="preserve"> </w:t>
            </w:r>
            <w:r w:rsidRPr="001E7D79">
              <w:rPr>
                <w:rFonts w:ascii="Aptos" w:hAnsi="Aptos"/>
                <w:color w:val="1F2937"/>
                <w:sz w:val="15"/>
                <w:lang w:eastAsia="ko-KR"/>
              </w:rPr>
              <w:t>있습니까</w:t>
            </w:r>
            <w:r w:rsidRPr="001E7D79">
              <w:rPr>
                <w:rFonts w:ascii="Aptos" w:hAnsi="Aptos"/>
                <w:color w:val="1F2937"/>
                <w:sz w:val="15"/>
                <w:lang w:eastAsia="ko-KR"/>
              </w:rPr>
              <w:t>?</w:t>
            </w:r>
          </w:p>
          <w:p w14:paraId="43798FB6" w14:textId="285F4502" w:rsidR="001E7D79" w:rsidRDefault="001E7D79" w:rsidP="001E7D79">
            <w:pPr>
              <w:spacing w:after="0" w:line="240" w:lineRule="auto"/>
              <w:ind w:leftChars="200" w:left="360"/>
              <w:rPr>
                <w:rFonts w:ascii="Aptos" w:hAnsi="Aptos"/>
                <w:color w:val="1F2937"/>
                <w:sz w:val="15"/>
                <w:lang w:eastAsia="ko-KR"/>
              </w:rPr>
            </w:pPr>
            <w:r w:rsidRPr="001E7D79">
              <w:rPr>
                <w:rFonts w:ascii="Aptos" w:hAnsi="Aptos"/>
                <w:b/>
                <w:bCs/>
                <w:color w:val="1F2937"/>
                <w:sz w:val="15"/>
                <w:lang w:eastAsia="ko-KR"/>
              </w:rPr>
              <w:t xml:space="preserve">□ </w:t>
            </w:r>
            <w:r w:rsidRPr="001E7D79">
              <w:rPr>
                <w:rFonts w:ascii="Aptos" w:hAnsi="Aptos"/>
                <w:b/>
                <w:bCs/>
                <w:color w:val="1F2937"/>
                <w:sz w:val="15"/>
                <w:lang w:eastAsia="ko-KR"/>
              </w:rPr>
              <w:t>예</w:t>
            </w:r>
            <w:r w:rsidRPr="001E7D79">
              <w:rPr>
                <w:rFonts w:ascii="Aptos" w:hAnsi="Aptos"/>
                <w:b/>
                <w:bCs/>
                <w:color w:val="1F2937"/>
                <w:sz w:val="15"/>
                <w:lang w:eastAsia="ko-KR"/>
              </w:rPr>
              <w:t xml:space="preserve">, </w:t>
            </w:r>
            <w:r w:rsidRPr="001E7D79">
              <w:rPr>
                <w:rFonts w:ascii="Aptos" w:hAnsi="Aptos"/>
                <w:b/>
                <w:bCs/>
                <w:color w:val="1F2937"/>
                <w:sz w:val="15"/>
                <w:lang w:eastAsia="ko-KR"/>
              </w:rPr>
              <w:t>참여</w:t>
            </w:r>
            <w:r w:rsidRPr="001E7D79">
              <w:rPr>
                <w:rFonts w:ascii="Aptos" w:hAnsi="Aptos"/>
                <w:b/>
                <w:bCs/>
                <w:color w:val="1F2937"/>
                <w:sz w:val="15"/>
                <w:lang w:eastAsia="ko-KR"/>
              </w:rPr>
              <w:t xml:space="preserve"> </w:t>
            </w:r>
            <w:r w:rsidRPr="001E7D79">
              <w:rPr>
                <w:rFonts w:ascii="Aptos" w:hAnsi="Aptos"/>
                <w:b/>
                <w:bCs/>
                <w:color w:val="1F2937"/>
                <w:sz w:val="15"/>
                <w:lang w:eastAsia="ko-KR"/>
              </w:rPr>
              <w:t>가능합니다</w:t>
            </w:r>
            <w:r w:rsidRPr="001E7D79">
              <w:rPr>
                <w:rFonts w:ascii="Aptos" w:hAnsi="Aptos"/>
                <w:b/>
                <w:bCs/>
                <w:color w:val="1F2937"/>
                <w:sz w:val="15"/>
                <w:lang w:eastAsia="ko-KR"/>
              </w:rPr>
              <w:t>. / Yes, I can participate.</w:t>
            </w:r>
            <w:r w:rsidRPr="001E7D79">
              <w:rPr>
                <w:rFonts w:ascii="Aptos" w:hAnsi="Aptos"/>
                <w:color w:val="1F2937"/>
                <w:sz w:val="15"/>
                <w:lang w:eastAsia="ko-KR"/>
              </w:rPr>
              <w:br/>
            </w:r>
            <w:r w:rsidRPr="001E7D79">
              <w:rPr>
                <w:rFonts w:ascii="Aptos" w:hAnsi="Aptos"/>
                <w:b/>
                <w:bCs/>
                <w:color w:val="1F2937"/>
                <w:sz w:val="15"/>
                <w:lang w:eastAsia="ko-KR"/>
              </w:rPr>
              <w:t xml:space="preserve">□ </w:t>
            </w:r>
            <w:proofErr w:type="spellStart"/>
            <w:r w:rsidRPr="001E7D79">
              <w:rPr>
                <w:rFonts w:ascii="Aptos" w:hAnsi="Aptos"/>
                <w:b/>
                <w:bCs/>
                <w:color w:val="1F2937"/>
                <w:sz w:val="15"/>
                <w:lang w:eastAsia="ko-KR"/>
              </w:rPr>
              <w:t>아니오</w:t>
            </w:r>
            <w:proofErr w:type="spellEnd"/>
            <w:r w:rsidRPr="001E7D79">
              <w:rPr>
                <w:rFonts w:ascii="Aptos" w:hAnsi="Aptos"/>
                <w:b/>
                <w:bCs/>
                <w:color w:val="1F2937"/>
                <w:sz w:val="15"/>
                <w:lang w:eastAsia="ko-KR"/>
              </w:rPr>
              <w:t xml:space="preserve">, </w:t>
            </w:r>
            <w:r w:rsidRPr="001E7D79">
              <w:rPr>
                <w:rFonts w:ascii="Aptos" w:hAnsi="Aptos"/>
                <w:b/>
                <w:bCs/>
                <w:color w:val="1F2937"/>
                <w:sz w:val="15"/>
                <w:lang w:eastAsia="ko-KR"/>
              </w:rPr>
              <w:t>참여가</w:t>
            </w:r>
            <w:r w:rsidRPr="001E7D79">
              <w:rPr>
                <w:rFonts w:ascii="Aptos" w:hAnsi="Aptos"/>
                <w:b/>
                <w:bCs/>
                <w:color w:val="1F2937"/>
                <w:sz w:val="15"/>
                <w:lang w:eastAsia="ko-KR"/>
              </w:rPr>
              <w:t xml:space="preserve"> </w:t>
            </w:r>
            <w:r w:rsidRPr="001E7D79">
              <w:rPr>
                <w:rFonts w:ascii="Aptos" w:hAnsi="Aptos"/>
                <w:b/>
                <w:bCs/>
                <w:color w:val="1F2937"/>
                <w:sz w:val="15"/>
                <w:lang w:eastAsia="ko-KR"/>
              </w:rPr>
              <w:t>어렵습니다</w:t>
            </w:r>
            <w:r w:rsidRPr="001E7D79">
              <w:rPr>
                <w:rFonts w:ascii="Aptos" w:hAnsi="Aptos"/>
                <w:b/>
                <w:bCs/>
                <w:color w:val="1F2937"/>
                <w:sz w:val="15"/>
                <w:lang w:eastAsia="ko-KR"/>
              </w:rPr>
              <w:t>. / No, I cannot participate.</w:t>
            </w:r>
          </w:p>
        </w:tc>
      </w:tr>
    </w:tbl>
    <w:p w14:paraId="1528EF6A" w14:textId="5E0B5209" w:rsidR="00E91A28" w:rsidRDefault="00627AC1">
      <w:pPr>
        <w:spacing w:before="100" w:after="40"/>
      </w:pPr>
      <w:r>
        <w:rPr>
          <w:rFonts w:ascii="Aptos" w:hAnsi="Aptos"/>
          <w:b/>
          <w:color w:val="187D74"/>
          <w:sz w:val="21"/>
        </w:rPr>
        <w:t xml:space="preserve">Application Confirmation / </w:t>
      </w:r>
      <w:proofErr w:type="spellStart"/>
      <w:r>
        <w:rPr>
          <w:rFonts w:ascii="Aptos" w:hAnsi="Aptos"/>
          <w:b/>
          <w:color w:val="187D74"/>
          <w:sz w:val="21"/>
        </w:rPr>
        <w:t>신청</w:t>
      </w:r>
      <w:proofErr w:type="spellEnd"/>
      <w:r>
        <w:rPr>
          <w:rFonts w:ascii="Aptos" w:hAnsi="Aptos"/>
          <w:b/>
          <w:color w:val="187D74"/>
          <w:sz w:val="21"/>
        </w:rPr>
        <w:t xml:space="preserve"> </w:t>
      </w:r>
      <w:proofErr w:type="spellStart"/>
      <w:r>
        <w:rPr>
          <w:rFonts w:ascii="Aptos" w:hAnsi="Aptos"/>
          <w:b/>
          <w:color w:val="187D74"/>
          <w:sz w:val="21"/>
        </w:rPr>
        <w:t>확인</w:t>
      </w:r>
      <w:proofErr w:type="spellEnd"/>
    </w:p>
    <w:tbl>
      <w:tblPr>
        <w:tblW w:w="0" w:type="auto"/>
        <w:jc w:val="center"/>
        <w:tblLook w:val="04A0" w:firstRow="1" w:lastRow="0" w:firstColumn="1" w:lastColumn="0" w:noHBand="0" w:noVBand="1"/>
      </w:tblPr>
      <w:tblGrid>
        <w:gridCol w:w="10318"/>
      </w:tblGrid>
      <w:tr w:rsidR="00E91A28" w14:paraId="3B8262AF" w14:textId="77777777">
        <w:trPr>
          <w:jc w:val="center"/>
        </w:trPr>
        <w:tc>
          <w:tcPr>
            <w:tcW w:w="10318" w:type="dxa"/>
            <w:tcBorders>
              <w:top w:val="single" w:sz="5" w:space="0" w:color="D9E1E7"/>
              <w:left w:val="single" w:sz="5" w:space="0" w:color="D9E1E7"/>
              <w:bottom w:val="single" w:sz="5" w:space="0" w:color="D9E1E7"/>
              <w:right w:val="single" w:sz="5" w:space="0" w:color="D9E1E7"/>
            </w:tcBorders>
            <w:shd w:val="clear" w:color="auto" w:fill="F8FAFC"/>
            <w:tcMar>
              <w:top w:w="100" w:type="dxa"/>
              <w:left w:w="110" w:type="dxa"/>
              <w:bottom w:w="100" w:type="dxa"/>
              <w:right w:w="110" w:type="dxa"/>
            </w:tcMar>
          </w:tcPr>
          <w:p w14:paraId="5E75622A" w14:textId="77777777" w:rsidR="00E91A28" w:rsidRDefault="00627AC1" w:rsidP="00AF7789">
            <w:pPr>
              <w:spacing w:after="20"/>
            </w:pPr>
            <w:r>
              <w:rPr>
                <w:rFonts w:ascii="Aptos" w:hAnsi="Aptos"/>
                <w:color w:val="1F2937"/>
                <w:sz w:val="16"/>
              </w:rPr>
              <w:t>I confirm that I have received an explanation of the program and hereby apply to participate in the company interview and the 6-month professional training program.</w:t>
            </w:r>
          </w:p>
          <w:p w14:paraId="5843C8FC" w14:textId="77777777" w:rsidR="00E91A28" w:rsidRDefault="00627AC1" w:rsidP="00AF7789">
            <w:pPr>
              <w:spacing w:after="0"/>
              <w:rPr>
                <w:lang w:eastAsia="ko-KR"/>
              </w:rPr>
            </w:pPr>
            <w:r>
              <w:rPr>
                <w:rFonts w:ascii="Aptos" w:hAnsi="Aptos"/>
                <w:color w:val="1F2937"/>
                <w:sz w:val="16"/>
                <w:lang w:eastAsia="ko-KR"/>
              </w:rPr>
              <w:t>본인은</w:t>
            </w:r>
            <w:r>
              <w:rPr>
                <w:rFonts w:ascii="Aptos" w:hAnsi="Aptos"/>
                <w:color w:val="1F2937"/>
                <w:sz w:val="16"/>
                <w:lang w:eastAsia="ko-KR"/>
              </w:rPr>
              <w:t xml:space="preserve"> </w:t>
            </w:r>
            <w:r>
              <w:rPr>
                <w:rFonts w:ascii="Aptos" w:hAnsi="Aptos"/>
                <w:color w:val="1F2937"/>
                <w:sz w:val="16"/>
                <w:lang w:eastAsia="ko-KR"/>
              </w:rPr>
              <w:t>본</w:t>
            </w:r>
            <w:r>
              <w:rPr>
                <w:rFonts w:ascii="Aptos" w:hAnsi="Aptos"/>
                <w:color w:val="1F2937"/>
                <w:sz w:val="16"/>
                <w:lang w:eastAsia="ko-KR"/>
              </w:rPr>
              <w:t xml:space="preserve"> </w:t>
            </w:r>
            <w:r>
              <w:rPr>
                <w:rFonts w:ascii="Aptos" w:hAnsi="Aptos"/>
                <w:color w:val="1F2937"/>
                <w:sz w:val="16"/>
                <w:lang w:eastAsia="ko-KR"/>
              </w:rPr>
              <w:t>과정의</w:t>
            </w:r>
            <w:r>
              <w:rPr>
                <w:rFonts w:ascii="Aptos" w:hAnsi="Aptos"/>
                <w:color w:val="1F2937"/>
                <w:sz w:val="16"/>
                <w:lang w:eastAsia="ko-KR"/>
              </w:rPr>
              <w:t xml:space="preserve"> </w:t>
            </w:r>
            <w:r>
              <w:rPr>
                <w:rFonts w:ascii="Aptos" w:hAnsi="Aptos"/>
                <w:color w:val="1F2937"/>
                <w:sz w:val="16"/>
                <w:lang w:eastAsia="ko-KR"/>
              </w:rPr>
              <w:t>운영방식과</w:t>
            </w:r>
            <w:r>
              <w:rPr>
                <w:rFonts w:ascii="Aptos" w:hAnsi="Aptos"/>
                <w:color w:val="1F2937"/>
                <w:sz w:val="16"/>
                <w:lang w:eastAsia="ko-KR"/>
              </w:rPr>
              <w:t xml:space="preserve"> </w:t>
            </w:r>
            <w:r>
              <w:rPr>
                <w:rFonts w:ascii="Aptos" w:hAnsi="Aptos"/>
                <w:color w:val="1F2937"/>
                <w:sz w:val="16"/>
                <w:lang w:eastAsia="ko-KR"/>
              </w:rPr>
              <w:t>교육내용에</w:t>
            </w:r>
            <w:r>
              <w:rPr>
                <w:rFonts w:ascii="Aptos" w:hAnsi="Aptos"/>
                <w:color w:val="1F2937"/>
                <w:sz w:val="16"/>
                <w:lang w:eastAsia="ko-KR"/>
              </w:rPr>
              <w:t xml:space="preserve"> </w:t>
            </w:r>
            <w:r>
              <w:rPr>
                <w:rFonts w:ascii="Aptos" w:hAnsi="Aptos"/>
                <w:color w:val="1F2937"/>
                <w:sz w:val="16"/>
                <w:lang w:eastAsia="ko-KR"/>
              </w:rPr>
              <w:t>대한</w:t>
            </w:r>
            <w:r>
              <w:rPr>
                <w:rFonts w:ascii="Aptos" w:hAnsi="Aptos"/>
                <w:color w:val="1F2937"/>
                <w:sz w:val="16"/>
                <w:lang w:eastAsia="ko-KR"/>
              </w:rPr>
              <w:t xml:space="preserve"> </w:t>
            </w:r>
            <w:r>
              <w:rPr>
                <w:rFonts w:ascii="Aptos" w:hAnsi="Aptos"/>
                <w:color w:val="1F2937"/>
                <w:sz w:val="16"/>
                <w:lang w:eastAsia="ko-KR"/>
              </w:rPr>
              <w:t>설명을</w:t>
            </w:r>
            <w:r>
              <w:rPr>
                <w:rFonts w:ascii="Aptos" w:hAnsi="Aptos"/>
                <w:color w:val="1F2937"/>
                <w:sz w:val="16"/>
                <w:lang w:eastAsia="ko-KR"/>
              </w:rPr>
              <w:t xml:space="preserve"> </w:t>
            </w:r>
            <w:r>
              <w:rPr>
                <w:rFonts w:ascii="Aptos" w:hAnsi="Aptos"/>
                <w:color w:val="1F2937"/>
                <w:sz w:val="16"/>
                <w:lang w:eastAsia="ko-KR"/>
              </w:rPr>
              <w:t>확인하였으며</w:t>
            </w:r>
            <w:r>
              <w:rPr>
                <w:rFonts w:ascii="Aptos" w:hAnsi="Aptos"/>
                <w:color w:val="1F2937"/>
                <w:sz w:val="16"/>
                <w:lang w:eastAsia="ko-KR"/>
              </w:rPr>
              <w:t xml:space="preserve">, </w:t>
            </w:r>
            <w:r>
              <w:rPr>
                <w:rFonts w:ascii="Aptos" w:hAnsi="Aptos"/>
                <w:color w:val="1F2937"/>
                <w:sz w:val="16"/>
                <w:lang w:eastAsia="ko-KR"/>
              </w:rPr>
              <w:t>협력사</w:t>
            </w:r>
            <w:r>
              <w:rPr>
                <w:rFonts w:ascii="Aptos" w:hAnsi="Aptos"/>
                <w:color w:val="1F2937"/>
                <w:sz w:val="16"/>
                <w:lang w:eastAsia="ko-KR"/>
              </w:rPr>
              <w:t xml:space="preserve"> </w:t>
            </w:r>
            <w:r>
              <w:rPr>
                <w:rFonts w:ascii="Aptos" w:hAnsi="Aptos"/>
                <w:color w:val="1F2937"/>
                <w:sz w:val="16"/>
                <w:lang w:eastAsia="ko-KR"/>
              </w:rPr>
              <w:t>면접</w:t>
            </w:r>
            <w:r>
              <w:rPr>
                <w:rFonts w:ascii="Aptos" w:hAnsi="Aptos"/>
                <w:color w:val="1F2937"/>
                <w:sz w:val="16"/>
                <w:lang w:eastAsia="ko-KR"/>
              </w:rPr>
              <w:t xml:space="preserve"> </w:t>
            </w:r>
            <w:r>
              <w:rPr>
                <w:rFonts w:ascii="Aptos" w:hAnsi="Aptos"/>
                <w:color w:val="1F2937"/>
                <w:sz w:val="16"/>
                <w:lang w:eastAsia="ko-KR"/>
              </w:rPr>
              <w:t>및</w:t>
            </w:r>
            <w:r>
              <w:rPr>
                <w:rFonts w:ascii="Aptos" w:hAnsi="Aptos"/>
                <w:color w:val="1F2937"/>
                <w:sz w:val="16"/>
                <w:lang w:eastAsia="ko-KR"/>
              </w:rPr>
              <w:t xml:space="preserve"> 6</w:t>
            </w:r>
            <w:r>
              <w:rPr>
                <w:rFonts w:ascii="Aptos" w:hAnsi="Aptos"/>
                <w:color w:val="1F2937"/>
                <w:sz w:val="16"/>
                <w:lang w:eastAsia="ko-KR"/>
              </w:rPr>
              <w:t>개월</w:t>
            </w:r>
            <w:r>
              <w:rPr>
                <w:rFonts w:ascii="Aptos" w:hAnsi="Aptos"/>
                <w:color w:val="1F2937"/>
                <w:sz w:val="16"/>
                <w:lang w:eastAsia="ko-KR"/>
              </w:rPr>
              <w:t xml:space="preserve"> </w:t>
            </w:r>
            <w:r>
              <w:rPr>
                <w:rFonts w:ascii="Aptos" w:hAnsi="Aptos"/>
                <w:color w:val="1F2937"/>
                <w:sz w:val="16"/>
                <w:lang w:eastAsia="ko-KR"/>
              </w:rPr>
              <w:t>전문기술인력</w:t>
            </w:r>
            <w:r>
              <w:rPr>
                <w:rFonts w:ascii="Aptos" w:hAnsi="Aptos"/>
                <w:color w:val="1F2937"/>
                <w:sz w:val="16"/>
                <w:lang w:eastAsia="ko-KR"/>
              </w:rPr>
              <w:t xml:space="preserve"> </w:t>
            </w:r>
            <w:r>
              <w:rPr>
                <w:rFonts w:ascii="Aptos" w:hAnsi="Aptos"/>
                <w:color w:val="1F2937"/>
                <w:sz w:val="16"/>
                <w:lang w:eastAsia="ko-KR"/>
              </w:rPr>
              <w:t>양성과정에</w:t>
            </w:r>
            <w:r>
              <w:rPr>
                <w:rFonts w:ascii="Aptos" w:hAnsi="Aptos"/>
                <w:color w:val="1F2937"/>
                <w:sz w:val="16"/>
                <w:lang w:eastAsia="ko-KR"/>
              </w:rPr>
              <w:t xml:space="preserve"> </w:t>
            </w:r>
            <w:r>
              <w:rPr>
                <w:rFonts w:ascii="Aptos" w:hAnsi="Aptos"/>
                <w:color w:val="1F2937"/>
                <w:sz w:val="16"/>
                <w:lang w:eastAsia="ko-KR"/>
              </w:rPr>
              <w:t>참여하고자</w:t>
            </w:r>
            <w:r>
              <w:rPr>
                <w:rFonts w:ascii="Aptos" w:hAnsi="Aptos"/>
                <w:color w:val="1F2937"/>
                <w:sz w:val="16"/>
                <w:lang w:eastAsia="ko-KR"/>
              </w:rPr>
              <w:t xml:space="preserve"> </w:t>
            </w:r>
            <w:r>
              <w:rPr>
                <w:rFonts w:ascii="Aptos" w:hAnsi="Aptos"/>
                <w:color w:val="1F2937"/>
                <w:sz w:val="16"/>
                <w:lang w:eastAsia="ko-KR"/>
              </w:rPr>
              <w:t>신청합니다</w:t>
            </w:r>
            <w:r>
              <w:rPr>
                <w:rFonts w:ascii="Aptos" w:hAnsi="Aptos"/>
                <w:color w:val="1F2937"/>
                <w:sz w:val="16"/>
                <w:lang w:eastAsia="ko-KR"/>
              </w:rPr>
              <w:t>.</w:t>
            </w:r>
          </w:p>
        </w:tc>
      </w:tr>
    </w:tbl>
    <w:tbl>
      <w:tblPr>
        <w:tblW w:w="0" w:type="auto"/>
        <w:jc w:val="center"/>
        <w:tblLayout w:type="fixed"/>
        <w:tblLook w:val="04A0" w:firstRow="1" w:lastRow="0" w:firstColumn="1" w:lastColumn="0" w:noHBand="0" w:noVBand="1"/>
      </w:tblPr>
      <w:tblGrid>
        <w:gridCol w:w="1587"/>
        <w:gridCol w:w="3118"/>
        <w:gridCol w:w="1587"/>
        <w:gridCol w:w="4025"/>
      </w:tblGrid>
      <w:tr w:rsidR="00E91A28" w14:paraId="00651614" w14:textId="77777777">
        <w:trPr>
          <w:jc w:val="center"/>
        </w:trPr>
        <w:tc>
          <w:tcPr>
            <w:tcW w:w="1587" w:type="dxa"/>
            <w:tcBorders>
              <w:top w:val="single" w:sz="5" w:space="0" w:color="D9E1E7"/>
              <w:left w:val="single" w:sz="5" w:space="0" w:color="D9E1E7"/>
              <w:bottom w:val="single" w:sz="5" w:space="0" w:color="D9E1E7"/>
              <w:right w:val="single" w:sz="5" w:space="0" w:color="D9E1E7"/>
            </w:tcBorders>
            <w:shd w:val="clear" w:color="auto" w:fill="EEF3F6"/>
            <w:tcMar>
              <w:top w:w="70" w:type="dxa"/>
              <w:left w:w="80" w:type="dxa"/>
              <w:bottom w:w="70" w:type="dxa"/>
              <w:right w:w="80" w:type="dxa"/>
            </w:tcMar>
            <w:vAlign w:val="center"/>
          </w:tcPr>
          <w:p w14:paraId="1410A613" w14:textId="77777777" w:rsidR="00E91A28" w:rsidRDefault="00627AC1">
            <w:pPr>
              <w:spacing w:after="0" w:line="240" w:lineRule="auto"/>
            </w:pPr>
            <w:r>
              <w:rPr>
                <w:rFonts w:ascii="Aptos" w:hAnsi="Aptos"/>
                <w:b/>
                <w:color w:val="17324D"/>
                <w:sz w:val="16"/>
              </w:rPr>
              <w:t xml:space="preserve">Date / </w:t>
            </w:r>
            <w:proofErr w:type="spellStart"/>
            <w:r>
              <w:rPr>
                <w:rFonts w:ascii="Aptos" w:hAnsi="Aptos"/>
                <w:b/>
                <w:color w:val="17324D"/>
                <w:sz w:val="16"/>
              </w:rPr>
              <w:t>신청일</w:t>
            </w:r>
            <w:proofErr w:type="spellEnd"/>
          </w:p>
        </w:tc>
        <w:tc>
          <w:tcPr>
            <w:tcW w:w="3118" w:type="dxa"/>
            <w:tcBorders>
              <w:top w:val="single" w:sz="5" w:space="0" w:color="D9E1E7"/>
              <w:left w:val="single" w:sz="5" w:space="0" w:color="D9E1E7"/>
              <w:bottom w:val="single" w:sz="5" w:space="0" w:color="D9E1E7"/>
              <w:right w:val="single" w:sz="5" w:space="0" w:color="D9E1E7"/>
            </w:tcBorders>
            <w:tcMar>
              <w:top w:w="70" w:type="dxa"/>
              <w:left w:w="80" w:type="dxa"/>
              <w:bottom w:w="70" w:type="dxa"/>
              <w:right w:w="80" w:type="dxa"/>
            </w:tcMar>
            <w:vAlign w:val="center"/>
          </w:tcPr>
          <w:p w14:paraId="5DBFD9DA" w14:textId="77777777" w:rsidR="00E91A28" w:rsidRDefault="00E91A28"/>
        </w:tc>
        <w:tc>
          <w:tcPr>
            <w:tcW w:w="1587" w:type="dxa"/>
            <w:tcBorders>
              <w:top w:val="single" w:sz="5" w:space="0" w:color="D9E1E7"/>
              <w:left w:val="single" w:sz="5" w:space="0" w:color="D9E1E7"/>
              <w:bottom w:val="single" w:sz="5" w:space="0" w:color="D9E1E7"/>
              <w:right w:val="single" w:sz="5" w:space="0" w:color="D9E1E7"/>
            </w:tcBorders>
            <w:shd w:val="clear" w:color="auto" w:fill="EEF3F6"/>
            <w:tcMar>
              <w:top w:w="70" w:type="dxa"/>
              <w:left w:w="80" w:type="dxa"/>
              <w:bottom w:w="70" w:type="dxa"/>
              <w:right w:w="80" w:type="dxa"/>
            </w:tcMar>
            <w:vAlign w:val="center"/>
          </w:tcPr>
          <w:p w14:paraId="24156DD1" w14:textId="77777777" w:rsidR="00E91A28" w:rsidRDefault="00627AC1">
            <w:pPr>
              <w:spacing w:after="0" w:line="240" w:lineRule="auto"/>
            </w:pPr>
            <w:r>
              <w:rPr>
                <w:rFonts w:ascii="Aptos" w:hAnsi="Aptos"/>
                <w:b/>
                <w:color w:val="17324D"/>
                <w:sz w:val="16"/>
              </w:rPr>
              <w:t xml:space="preserve">Applicant Name / </w:t>
            </w:r>
            <w:r>
              <w:rPr>
                <w:rFonts w:ascii="Aptos" w:hAnsi="Aptos"/>
                <w:b/>
                <w:color w:val="17324D"/>
                <w:sz w:val="16"/>
              </w:rPr>
              <w:t>신청인</w:t>
            </w:r>
            <w:r>
              <w:rPr>
                <w:rFonts w:ascii="Aptos" w:hAnsi="Aptos"/>
                <w:b/>
                <w:color w:val="17324D"/>
                <w:sz w:val="16"/>
              </w:rPr>
              <w:t xml:space="preserve"> </w:t>
            </w:r>
            <w:r>
              <w:rPr>
                <w:rFonts w:ascii="Aptos" w:hAnsi="Aptos"/>
                <w:b/>
                <w:color w:val="17324D"/>
                <w:sz w:val="16"/>
              </w:rPr>
              <w:t>성명</w:t>
            </w:r>
          </w:p>
        </w:tc>
        <w:tc>
          <w:tcPr>
            <w:tcW w:w="4025" w:type="dxa"/>
            <w:tcBorders>
              <w:top w:val="single" w:sz="5" w:space="0" w:color="D9E1E7"/>
              <w:left w:val="single" w:sz="5" w:space="0" w:color="D9E1E7"/>
              <w:bottom w:val="single" w:sz="5" w:space="0" w:color="D9E1E7"/>
              <w:right w:val="single" w:sz="5" w:space="0" w:color="D9E1E7"/>
            </w:tcBorders>
            <w:tcMar>
              <w:top w:w="70" w:type="dxa"/>
              <w:left w:w="80" w:type="dxa"/>
              <w:bottom w:w="70" w:type="dxa"/>
              <w:right w:w="80" w:type="dxa"/>
            </w:tcMar>
            <w:vAlign w:val="center"/>
          </w:tcPr>
          <w:p w14:paraId="6522BACC" w14:textId="77777777" w:rsidR="00E91A28" w:rsidRDefault="00E91A28"/>
        </w:tc>
      </w:tr>
      <w:tr w:rsidR="00E91A28" w14:paraId="78F315D9" w14:textId="77777777">
        <w:trPr>
          <w:jc w:val="center"/>
        </w:trPr>
        <w:tc>
          <w:tcPr>
            <w:tcW w:w="1587" w:type="dxa"/>
            <w:tcBorders>
              <w:top w:val="single" w:sz="5" w:space="0" w:color="D9E1E7"/>
              <w:left w:val="single" w:sz="5" w:space="0" w:color="D9E1E7"/>
              <w:bottom w:val="single" w:sz="5" w:space="0" w:color="D9E1E7"/>
              <w:right w:val="single" w:sz="5" w:space="0" w:color="D9E1E7"/>
            </w:tcBorders>
            <w:shd w:val="clear" w:color="auto" w:fill="EEF3F6"/>
            <w:tcMar>
              <w:top w:w="70" w:type="dxa"/>
              <w:left w:w="80" w:type="dxa"/>
              <w:bottom w:w="70" w:type="dxa"/>
              <w:right w:w="80" w:type="dxa"/>
            </w:tcMar>
            <w:vAlign w:val="center"/>
          </w:tcPr>
          <w:p w14:paraId="410CBB4E" w14:textId="77777777" w:rsidR="00E91A28" w:rsidRDefault="00627AC1">
            <w:pPr>
              <w:spacing w:after="0" w:line="240" w:lineRule="auto"/>
            </w:pPr>
            <w:r>
              <w:rPr>
                <w:rFonts w:ascii="Aptos" w:hAnsi="Aptos"/>
                <w:b/>
                <w:color w:val="17324D"/>
                <w:sz w:val="16"/>
              </w:rPr>
              <w:t xml:space="preserve">Signature / </w:t>
            </w:r>
            <w:r>
              <w:rPr>
                <w:rFonts w:ascii="Aptos" w:hAnsi="Aptos"/>
                <w:b/>
                <w:color w:val="17324D"/>
                <w:sz w:val="16"/>
              </w:rPr>
              <w:t>서명</w:t>
            </w:r>
          </w:p>
        </w:tc>
        <w:tc>
          <w:tcPr>
            <w:tcW w:w="3118" w:type="dxa"/>
            <w:tcBorders>
              <w:top w:val="single" w:sz="5" w:space="0" w:color="D9E1E7"/>
              <w:left w:val="single" w:sz="5" w:space="0" w:color="D9E1E7"/>
              <w:bottom w:val="single" w:sz="5" w:space="0" w:color="D9E1E7"/>
              <w:right w:val="single" w:sz="5" w:space="0" w:color="D9E1E7"/>
            </w:tcBorders>
            <w:tcMar>
              <w:top w:w="70" w:type="dxa"/>
              <w:left w:w="80" w:type="dxa"/>
              <w:bottom w:w="70" w:type="dxa"/>
              <w:right w:w="80" w:type="dxa"/>
            </w:tcMar>
            <w:vAlign w:val="center"/>
          </w:tcPr>
          <w:p w14:paraId="207A8877" w14:textId="77777777" w:rsidR="00E91A28" w:rsidRDefault="00E91A28"/>
        </w:tc>
        <w:tc>
          <w:tcPr>
            <w:tcW w:w="1587" w:type="dxa"/>
            <w:tcBorders>
              <w:top w:val="single" w:sz="5" w:space="0" w:color="D9E1E7"/>
              <w:left w:val="single" w:sz="5" w:space="0" w:color="D9E1E7"/>
              <w:bottom w:val="single" w:sz="5" w:space="0" w:color="D9E1E7"/>
              <w:right w:val="single" w:sz="5" w:space="0" w:color="D9E1E7"/>
            </w:tcBorders>
            <w:shd w:val="clear" w:color="auto" w:fill="EEF3F6"/>
            <w:tcMar>
              <w:top w:w="70" w:type="dxa"/>
              <w:left w:w="80" w:type="dxa"/>
              <w:bottom w:w="70" w:type="dxa"/>
              <w:right w:w="80" w:type="dxa"/>
            </w:tcMar>
            <w:vAlign w:val="center"/>
          </w:tcPr>
          <w:p w14:paraId="17D1F907" w14:textId="77777777" w:rsidR="00E91A28" w:rsidRDefault="00627AC1">
            <w:pPr>
              <w:spacing w:after="0" w:line="240" w:lineRule="auto"/>
            </w:pPr>
            <w:r>
              <w:rPr>
                <w:rFonts w:ascii="Aptos" w:hAnsi="Aptos"/>
                <w:b/>
                <w:color w:val="17324D"/>
                <w:sz w:val="16"/>
              </w:rPr>
              <w:t xml:space="preserve">Applicant No. / </w:t>
            </w:r>
            <w:r>
              <w:rPr>
                <w:rFonts w:ascii="Aptos" w:hAnsi="Aptos"/>
                <w:b/>
                <w:color w:val="17324D"/>
                <w:sz w:val="16"/>
              </w:rPr>
              <w:t>관리번호</w:t>
            </w:r>
          </w:p>
        </w:tc>
        <w:tc>
          <w:tcPr>
            <w:tcW w:w="4025" w:type="dxa"/>
            <w:tcBorders>
              <w:top w:val="single" w:sz="5" w:space="0" w:color="D9E1E7"/>
              <w:left w:val="single" w:sz="5" w:space="0" w:color="D9E1E7"/>
              <w:bottom w:val="single" w:sz="5" w:space="0" w:color="D9E1E7"/>
              <w:right w:val="single" w:sz="5" w:space="0" w:color="D9E1E7"/>
            </w:tcBorders>
            <w:tcMar>
              <w:top w:w="70" w:type="dxa"/>
              <w:left w:w="80" w:type="dxa"/>
              <w:bottom w:w="70" w:type="dxa"/>
              <w:right w:w="80" w:type="dxa"/>
            </w:tcMar>
            <w:vAlign w:val="center"/>
          </w:tcPr>
          <w:p w14:paraId="6D4B3311" w14:textId="3B3598DC" w:rsidR="00E91A28" w:rsidRDefault="00AF7789" w:rsidP="00AF7789">
            <w:pPr>
              <w:jc w:val="center"/>
              <w:rPr>
                <w:rFonts w:hint="eastAsia"/>
                <w:lang w:eastAsia="ko-KR"/>
              </w:rPr>
            </w:pPr>
            <w:r>
              <w:rPr>
                <w:rFonts w:hint="eastAsia"/>
                <w:lang w:eastAsia="ko-KR"/>
              </w:rPr>
              <w:t>N/A</w:t>
            </w:r>
          </w:p>
        </w:tc>
      </w:tr>
    </w:tbl>
    <w:p w14:paraId="209A1DA5" w14:textId="77777777" w:rsidR="00E91A28" w:rsidRDefault="00627AC1">
      <w:pPr>
        <w:spacing w:before="60" w:after="0"/>
        <w:jc w:val="right"/>
      </w:pPr>
      <w:r>
        <w:rPr>
          <w:rFonts w:ascii="Aptos" w:hAnsi="Aptos"/>
          <w:color w:val="64748B"/>
          <w:sz w:val="14"/>
        </w:rPr>
        <w:t>KITR | 6-Month Shipbuilding Insulation Professional Training Program</w:t>
      </w:r>
    </w:p>
    <w:sectPr w:rsidR="00E91A28" w:rsidSect="00034616">
      <w:pgSz w:w="11906" w:h="16838"/>
      <w:pgMar w:top="680" w:right="794" w:bottom="680" w:left="7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54499" w14:textId="77777777" w:rsidR="00BD6C47" w:rsidRDefault="00BD6C47" w:rsidP="006F0BDC">
      <w:pPr>
        <w:spacing w:after="0" w:line="240" w:lineRule="auto"/>
      </w:pPr>
      <w:r>
        <w:separator/>
      </w:r>
    </w:p>
  </w:endnote>
  <w:endnote w:type="continuationSeparator" w:id="0">
    <w:p w14:paraId="2B72B61E" w14:textId="77777777" w:rsidR="00BD6C47" w:rsidRDefault="00BD6C47" w:rsidP="006F0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맑은 고딕">
    <w:panose1 w:val="020B0503020000020004"/>
    <w:charset w:val="81"/>
    <w:family w:val="modern"/>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43A40" w14:textId="77777777" w:rsidR="00BD6C47" w:rsidRDefault="00BD6C47" w:rsidP="006F0BDC">
      <w:pPr>
        <w:spacing w:after="0" w:line="240" w:lineRule="auto"/>
      </w:pPr>
      <w:r>
        <w:separator/>
      </w:r>
    </w:p>
  </w:footnote>
  <w:footnote w:type="continuationSeparator" w:id="0">
    <w:p w14:paraId="25CB82DD" w14:textId="77777777" w:rsidR="00BD6C47" w:rsidRDefault="00BD6C47" w:rsidP="006F0B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470438447">
    <w:abstractNumId w:val="8"/>
  </w:num>
  <w:num w:numId="2" w16cid:durableId="1388989823">
    <w:abstractNumId w:val="6"/>
  </w:num>
  <w:num w:numId="3" w16cid:durableId="1600021733">
    <w:abstractNumId w:val="5"/>
  </w:num>
  <w:num w:numId="4" w16cid:durableId="1307390090">
    <w:abstractNumId w:val="4"/>
  </w:num>
  <w:num w:numId="5" w16cid:durableId="1253969616">
    <w:abstractNumId w:val="7"/>
  </w:num>
  <w:num w:numId="6" w16cid:durableId="1970040498">
    <w:abstractNumId w:val="3"/>
  </w:num>
  <w:num w:numId="7" w16cid:durableId="999891060">
    <w:abstractNumId w:val="2"/>
  </w:num>
  <w:num w:numId="8" w16cid:durableId="1814249407">
    <w:abstractNumId w:val="1"/>
  </w:num>
  <w:num w:numId="9" w16cid:durableId="678889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4FDE"/>
    <w:rsid w:val="0015074B"/>
    <w:rsid w:val="001807BF"/>
    <w:rsid w:val="00187DB0"/>
    <w:rsid w:val="001D0A83"/>
    <w:rsid w:val="001E7D79"/>
    <w:rsid w:val="00292592"/>
    <w:rsid w:val="0029639D"/>
    <w:rsid w:val="00326F90"/>
    <w:rsid w:val="003316FD"/>
    <w:rsid w:val="003F73A3"/>
    <w:rsid w:val="00424132"/>
    <w:rsid w:val="0056117A"/>
    <w:rsid w:val="005F281F"/>
    <w:rsid w:val="00627AC1"/>
    <w:rsid w:val="0063087E"/>
    <w:rsid w:val="00686FCB"/>
    <w:rsid w:val="006B5BA9"/>
    <w:rsid w:val="006F0BDC"/>
    <w:rsid w:val="00A7266D"/>
    <w:rsid w:val="00A77600"/>
    <w:rsid w:val="00AA1D8D"/>
    <w:rsid w:val="00AF7789"/>
    <w:rsid w:val="00B101FA"/>
    <w:rsid w:val="00B47730"/>
    <w:rsid w:val="00B52BAA"/>
    <w:rsid w:val="00BD6C47"/>
    <w:rsid w:val="00BE0ADC"/>
    <w:rsid w:val="00CB0664"/>
    <w:rsid w:val="00D908B7"/>
    <w:rsid w:val="00E91A28"/>
    <w:rsid w:val="00EC4A63"/>
    <w:rsid w:val="00ED6F52"/>
    <w:rsid w:val="00F0298D"/>
    <w:rsid w:val="00F36D21"/>
    <w:rsid w:val="00F5640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C8CF4700-2199-4E87-ABC2-3F9D7158E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맑은 고딕" w:eastAsia="맑은 고딕" w:hAnsi="맑은 고딕"/>
      <w:sz w:val="18"/>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350</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Jeong-Hun Park</cp:lastModifiedBy>
  <cp:revision>23</cp:revision>
  <dcterms:created xsi:type="dcterms:W3CDTF">2013-12-23T23:15:00Z</dcterms:created>
  <dcterms:modified xsi:type="dcterms:W3CDTF">2026-10-25T22:02:00Z</dcterms:modified>
  <cp:category/>
</cp:coreProperties>
</file>